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0D1" w:rsidRDefault="00D0641F" w:rsidP="009920D1">
      <w:pPr>
        <w:pStyle w:val="Balk2"/>
        <w:rPr>
          <w:rFonts w:ascii="Arial" w:hAnsi="Arial" w:cs="Arial"/>
        </w:rPr>
      </w:pPr>
      <w:r>
        <w:rPr>
          <w:rFonts w:ascii="Arial" w:hAnsi="Arial" w:cs="Arial"/>
        </w:rPr>
        <w:t xml:space="preserve"> </w:t>
      </w:r>
      <w:r w:rsidR="009920D1">
        <w:rPr>
          <w:rFonts w:ascii="Arial" w:hAnsi="Arial" w:cs="Arial"/>
        </w:rPr>
        <w:t>Genel Bilgiler</w:t>
      </w:r>
    </w:p>
    <w:tbl>
      <w:tblPr>
        <w:tblStyle w:val="TabloKlavuzu"/>
        <w:tblW w:w="9464" w:type="dxa"/>
        <w:tblLook w:val="04A0" w:firstRow="1" w:lastRow="0" w:firstColumn="1" w:lastColumn="0" w:noHBand="0" w:noVBand="1"/>
      </w:tblPr>
      <w:tblGrid>
        <w:gridCol w:w="9464"/>
      </w:tblGrid>
      <w:tr w:rsidR="009920D1" w:rsidTr="004A2268">
        <w:tc>
          <w:tcPr>
            <w:tcW w:w="9464" w:type="dxa"/>
            <w:shd w:val="clear" w:color="auto" w:fill="DAEEF3" w:themeFill="accent5" w:themeFillTint="33"/>
          </w:tcPr>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Patent veri tabanlarında yapılacak ön araştırmalar, doldurduğunuz bu Buluş Bildirim Formu (BBF) ile verdiğiniz bilgiler doğrultusunda gerçekleştirilecektir. Bu nedenle, formda yer alan tüm soruları eksiksiz, açık ve net biçimde yanıtlamanız büyük önem taşımaktadır.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Bu form, Maltepe Üniversitesi öğretim elemanları, öğrencileri, stajyerleri ve çalışanlarının akademik veya araştırma faaliyetleri sonucunda ortaya çıkan buluşların, 6769 Sayılı Sınai Mülkiyet Kanunu çerçevesinde üniversite yönetimine bildirilmesini düzenlemektedir.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Sürecin amacı; söz konusu sınai mülkiyet hakkı üzerinde ilgili yasanın üniversitelere getirdiği yükümlülükler kapsamında buluşun Maltepe Üniversitesi Rektörlüğü aracılığıyla Teknoloji Transfer Ofisi’ne (TTO) bildirilmesini ve üniversitenin hak sahipliği konusunda gerekli değerlendirmeyi yapmasını sağlamaktır.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Bu form ile Maltepe Üniversitesi Teknoloji Transfer Ofisi’ne bildirilen buluşun hizmet buluşu kapsamında değerlendirilmesi halinde, Türkiye’de yapılacak patent başvurusunda Maltepe Üniversitesi “Başvuru Sahibi”, buluşun ortaya çıkmasında katkısı olan kişiler ise “Buluşçu/Buluş Sahibi” olarak yer alacaktır.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Patent veya faydalı model koruma başvurusu yapılmasına karar verilmesi durumunda hazırlanacak tarifname, bu BBF’de verilen bilgiler temel alınarak oluşturulacak olup; başvuru sonucunda elde edilecek hukuksal hakların kapsamı, bildirilen bilgilerin doğruluğu ve açıklık derecesine bağlıdır.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Tarifname, buluşu ilgili bir kişinin uygulamaya koyabileceği kadar açık, anlaşılır ve teknik olarak yeterli düzeyde olmalıdır. Saklanan veya eksik açıklanan bilginin korunamayacağı unutulmamalıdır. Yanlış veya eksik bildirim nedeniyle doğabilecek hak kayıplarının sorumluluğu, buluş sahiplerine aittir.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Buluşunuzla ilgili benzer dokümanların araştırılabilmesi için buluşu en iyi tanımlayan anahtar kelimeleri belirtiniz. Buluşunuza ilişkin daha önce yapılmış bir patent araştırması varsa, elde ettiğiniz sonuçları ve buluşunuzun farklı yönlerini bu form aracılığıyla paylaşınız.</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Buluş bildirimi yapan kişiler, resmî işlemler tamamlanıncaya kadar buluşa ilişkin bilgileri üçüncü kişilerle paylaşmamayı, yayımlamamayı ve gizliliği korumayı taahhüt etmiş sayılır. Buluş bilgilerinin ifşası veya bildirimlerin zamanında yapılmamasından doğabilecek hak kayıplarının sorumluluğu, buluş sahiplerine aittir.</w:t>
            </w:r>
          </w:p>
          <w:p w:rsidR="009920D1" w:rsidRPr="009920D1" w:rsidRDefault="009920D1" w:rsidP="009920D1">
            <w:pPr>
              <w:pStyle w:val="ListeParagraf"/>
              <w:numPr>
                <w:ilvl w:val="0"/>
                <w:numId w:val="11"/>
              </w:numPr>
              <w:jc w:val="both"/>
              <w:rPr>
                <w:rFonts w:ascii="Arial" w:hAnsi="Arial" w:cs="Arial"/>
              </w:rPr>
            </w:pPr>
            <w:r w:rsidRPr="009920D1">
              <w:rPr>
                <w:rFonts w:ascii="Arial" w:hAnsi="Arial" w:cs="Arial"/>
              </w:rPr>
              <w:t>Buluş başvurusu daha önce yapılmış olsa dahi (örneğin diğer ortaklar veya kurumlar tarafından), başvuru numarası belirtilerek bu durumun da Buluş Bildirim Formu aracılığıyla Maltepe Üniversitesi TTO’ya bildirilmesi gerekmektedir.</w:t>
            </w:r>
          </w:p>
          <w:p w:rsidR="009920D1" w:rsidRPr="00C74721" w:rsidRDefault="009920D1" w:rsidP="009920D1">
            <w:pPr>
              <w:pStyle w:val="ListeParagraf"/>
              <w:numPr>
                <w:ilvl w:val="0"/>
                <w:numId w:val="11"/>
              </w:numPr>
              <w:jc w:val="both"/>
              <w:rPr>
                <w:rFonts w:ascii="Arial" w:hAnsi="Arial" w:cs="Arial"/>
              </w:rPr>
            </w:pPr>
            <w:r w:rsidRPr="009920D1">
              <w:rPr>
                <w:rFonts w:ascii="Arial" w:hAnsi="Arial" w:cs="Arial"/>
                <w:b/>
              </w:rPr>
              <w:t>ÖNEMLİ NOT:</w:t>
            </w:r>
            <w:r w:rsidRPr="009920D1">
              <w:rPr>
                <w:rFonts w:ascii="Arial" w:hAnsi="Arial" w:cs="Arial"/>
              </w:rPr>
              <w:t xml:space="preserve"> 10 Ocak 2017 tarihli Resmî Gazete’de yayımlanarak yürürlüğe giren 22.12.2016 tarih ve 6769 Sayılı Sınai Mülkiyet Kanunu gereğince, yükseköğretim kurumlarında görev yapan öğretim elemanları, öğrenciler ve stajyerler tarafından gerçekleştirilen buluşların başvuru hakkı, hizmet buluşu olarak bağlı bulundukları kuruma aittir. Ancak, üniversitenin bu haktan feragat etmesi durumunda buluş sahipleri serbest başvuru yapabilirler.</w:t>
            </w:r>
          </w:p>
        </w:tc>
      </w:tr>
    </w:tbl>
    <w:p w:rsidR="00BC5F44" w:rsidRPr="00BC5F44" w:rsidRDefault="00BC5F44" w:rsidP="00BC5F44"/>
    <w:p w:rsidR="00760CC5" w:rsidRPr="00B04B24" w:rsidRDefault="006312E8" w:rsidP="004679C5">
      <w:pPr>
        <w:pStyle w:val="Balk2"/>
        <w:numPr>
          <w:ilvl w:val="0"/>
          <w:numId w:val="10"/>
        </w:numPr>
        <w:rPr>
          <w:rFonts w:ascii="Arial" w:hAnsi="Arial" w:cs="Arial"/>
        </w:rPr>
      </w:pPr>
      <w:r w:rsidRPr="00B04B24">
        <w:rPr>
          <w:rFonts w:ascii="Arial" w:hAnsi="Arial" w:cs="Arial"/>
        </w:rPr>
        <w:lastRenderedPageBreak/>
        <w:t>Buluş Sahibi/Sahiplerine Ait Bilgiler</w:t>
      </w:r>
    </w:p>
    <w:p w:rsidR="004679C5" w:rsidRPr="004679C5" w:rsidRDefault="004679C5" w:rsidP="004679C5"/>
    <w:tbl>
      <w:tblPr>
        <w:tblStyle w:val="TabloKlavuzu"/>
        <w:tblW w:w="9640" w:type="dxa"/>
        <w:tblInd w:w="-5" w:type="dxa"/>
        <w:tblLook w:val="04A0" w:firstRow="1" w:lastRow="0" w:firstColumn="1" w:lastColumn="0" w:noHBand="0" w:noVBand="1"/>
      </w:tblPr>
      <w:tblGrid>
        <w:gridCol w:w="1139"/>
        <w:gridCol w:w="74"/>
        <w:gridCol w:w="1859"/>
        <w:gridCol w:w="3441"/>
        <w:gridCol w:w="3127"/>
      </w:tblGrid>
      <w:tr w:rsidR="007074BE" w:rsidRPr="00E135BD" w:rsidTr="007074BE">
        <w:trPr>
          <w:trHeight w:val="572"/>
        </w:trPr>
        <w:tc>
          <w:tcPr>
            <w:tcW w:w="9640" w:type="dxa"/>
            <w:gridSpan w:val="5"/>
            <w:shd w:val="clear" w:color="auto" w:fill="DAEEF3" w:themeFill="accent5" w:themeFillTint="33"/>
          </w:tcPr>
          <w:p w:rsidR="007074BE" w:rsidRPr="007074BE" w:rsidRDefault="007074BE" w:rsidP="007074BE">
            <w:pPr>
              <w:pStyle w:val="ListeParagraf"/>
              <w:ind w:left="2007"/>
              <w:rPr>
                <w:rFonts w:ascii="Arial" w:hAnsi="Arial" w:cs="Arial"/>
                <w:b/>
                <w:sz w:val="18"/>
                <w:szCs w:val="18"/>
              </w:rPr>
            </w:pPr>
            <w:r>
              <w:rPr>
                <w:rFonts w:ascii="Arial" w:hAnsi="Arial" w:cs="Arial"/>
                <w:b/>
                <w:sz w:val="18"/>
                <w:szCs w:val="18"/>
              </w:rPr>
              <w:t xml:space="preserve">       </w:t>
            </w:r>
            <w:r w:rsidRPr="007074BE">
              <w:rPr>
                <w:rFonts w:ascii="Arial" w:hAnsi="Arial" w:cs="Arial"/>
                <w:b/>
                <w:sz w:val="18"/>
                <w:szCs w:val="18"/>
              </w:rPr>
              <w:t xml:space="preserve">BULUŞ SAHİBİ/ SAHİPLERİNE İLİŞKİN BİLGİLER </w:t>
            </w:r>
          </w:p>
          <w:p w:rsidR="007074BE" w:rsidRPr="007074BE" w:rsidRDefault="007074BE" w:rsidP="007074BE">
            <w:pPr>
              <w:pStyle w:val="ListeParagraf"/>
              <w:numPr>
                <w:ilvl w:val="0"/>
                <w:numId w:val="13"/>
              </w:numPr>
              <w:ind w:left="315" w:hanging="142"/>
              <w:rPr>
                <w:rFonts w:ascii="Arial" w:eastAsia="SimSun" w:hAnsi="Arial" w:cs="Arial"/>
                <w:bCs/>
                <w:iCs/>
                <w:color w:val="000000"/>
                <w:sz w:val="18"/>
                <w:szCs w:val="18"/>
              </w:rPr>
            </w:pPr>
            <w:r w:rsidRPr="007074BE">
              <w:rPr>
                <w:rFonts w:ascii="Arial" w:eastAsia="SimSun" w:hAnsi="Arial" w:cs="Arial"/>
                <w:bCs/>
                <w:iCs/>
                <w:color w:val="000000"/>
                <w:sz w:val="18"/>
                <w:szCs w:val="18"/>
              </w:rPr>
              <w:t xml:space="preserve">Buluşun geliştirilmesinde katkıda bulunan </w:t>
            </w:r>
            <w:r w:rsidRPr="007074BE">
              <w:rPr>
                <w:rFonts w:ascii="Arial" w:eastAsia="SimSun" w:hAnsi="Arial" w:cs="Arial"/>
                <w:bCs/>
                <w:i/>
                <w:color w:val="000000"/>
                <w:sz w:val="18"/>
                <w:szCs w:val="18"/>
                <w:u w:val="single"/>
              </w:rPr>
              <w:t>tüm kişilerin</w:t>
            </w:r>
            <w:r w:rsidRPr="007074BE">
              <w:rPr>
                <w:rFonts w:ascii="Arial" w:eastAsia="SimSun" w:hAnsi="Arial" w:cs="Arial"/>
                <w:bCs/>
                <w:iCs/>
                <w:color w:val="000000"/>
                <w:sz w:val="18"/>
                <w:szCs w:val="18"/>
              </w:rPr>
              <w:t xml:space="preserve"> adları ve bilgileri belirtilmelidir.</w:t>
            </w:r>
          </w:p>
          <w:p w:rsidR="007074BE" w:rsidRPr="007074BE" w:rsidRDefault="007074BE" w:rsidP="007074BE">
            <w:pPr>
              <w:pStyle w:val="ListeParagraf"/>
              <w:numPr>
                <w:ilvl w:val="0"/>
                <w:numId w:val="13"/>
              </w:numPr>
              <w:ind w:left="315" w:hanging="142"/>
              <w:rPr>
                <w:rFonts w:ascii="Arial" w:hAnsi="Arial" w:cs="Arial"/>
                <w:bCs/>
                <w:iCs/>
                <w:sz w:val="18"/>
                <w:szCs w:val="18"/>
              </w:rPr>
            </w:pPr>
            <w:r w:rsidRPr="007074BE">
              <w:rPr>
                <w:rFonts w:ascii="Arial" w:hAnsi="Arial" w:cs="Arial"/>
                <w:bCs/>
                <w:iCs/>
                <w:sz w:val="18"/>
                <w:szCs w:val="18"/>
              </w:rPr>
              <w:t xml:space="preserve">Buluş sahiplerinin buluş üzerindeki </w:t>
            </w:r>
            <w:r w:rsidRPr="007074BE">
              <w:rPr>
                <w:rFonts w:ascii="Arial" w:hAnsi="Arial" w:cs="Arial"/>
                <w:b/>
                <w:iCs/>
                <w:sz w:val="18"/>
                <w:szCs w:val="18"/>
              </w:rPr>
              <w:t>katkı payı</w:t>
            </w:r>
            <w:r w:rsidRPr="007074BE">
              <w:rPr>
                <w:rFonts w:ascii="Arial" w:hAnsi="Arial" w:cs="Arial"/>
                <w:bCs/>
                <w:iCs/>
                <w:sz w:val="18"/>
                <w:szCs w:val="18"/>
              </w:rPr>
              <w:t xml:space="preserve"> </w:t>
            </w:r>
            <w:r w:rsidRPr="007074BE">
              <w:rPr>
                <w:rFonts w:ascii="Arial" w:hAnsi="Arial" w:cs="Arial"/>
                <w:bCs/>
                <w:i/>
                <w:sz w:val="18"/>
                <w:szCs w:val="18"/>
                <w:u w:val="single"/>
              </w:rPr>
              <w:t>tamsayı olarak</w:t>
            </w:r>
            <w:r w:rsidRPr="007074BE">
              <w:rPr>
                <w:rFonts w:ascii="Arial" w:hAnsi="Arial" w:cs="Arial"/>
                <w:bCs/>
                <w:iCs/>
                <w:sz w:val="18"/>
                <w:szCs w:val="18"/>
              </w:rPr>
              <w:t xml:space="preserve"> ve </w:t>
            </w:r>
            <w:r w:rsidRPr="007074BE">
              <w:rPr>
                <w:rFonts w:ascii="Arial" w:hAnsi="Arial" w:cs="Arial"/>
                <w:bCs/>
                <w:i/>
                <w:sz w:val="18"/>
                <w:szCs w:val="18"/>
                <w:u w:val="single"/>
              </w:rPr>
              <w:t>toplamı %100 olacak şekilde</w:t>
            </w:r>
            <w:r w:rsidRPr="007074BE">
              <w:rPr>
                <w:rFonts w:ascii="Arial" w:hAnsi="Arial" w:cs="Arial"/>
                <w:bCs/>
                <w:iCs/>
                <w:sz w:val="18"/>
                <w:szCs w:val="18"/>
              </w:rPr>
              <w:t xml:space="preserve"> tüm buluş sahipleri dahil edilmek suretiyle beyan edilmelidir.</w:t>
            </w:r>
          </w:p>
          <w:p w:rsidR="007074BE" w:rsidRPr="007074BE" w:rsidRDefault="007074BE" w:rsidP="007074BE">
            <w:pPr>
              <w:pStyle w:val="ListeParagraf"/>
              <w:numPr>
                <w:ilvl w:val="0"/>
                <w:numId w:val="13"/>
              </w:numPr>
              <w:ind w:left="315" w:hanging="142"/>
              <w:rPr>
                <w:rFonts w:ascii="Arial" w:hAnsi="Arial" w:cs="Arial"/>
                <w:bCs/>
                <w:iCs/>
                <w:sz w:val="18"/>
                <w:szCs w:val="18"/>
              </w:rPr>
            </w:pPr>
            <w:r w:rsidRPr="007074BE">
              <w:rPr>
                <w:rFonts w:ascii="Arial" w:hAnsi="Arial" w:cs="Arial"/>
                <w:bCs/>
                <w:iCs/>
                <w:sz w:val="18"/>
                <w:szCs w:val="18"/>
              </w:rPr>
              <w:t xml:space="preserve">Buluş sahiplerinden </w:t>
            </w:r>
            <w:r w:rsidRPr="007074BE">
              <w:rPr>
                <w:rFonts w:ascii="Arial" w:hAnsi="Arial" w:cs="Arial"/>
                <w:b/>
                <w:iCs/>
                <w:sz w:val="18"/>
                <w:szCs w:val="18"/>
              </w:rPr>
              <w:t>1. Sırada</w:t>
            </w:r>
            <w:r w:rsidRPr="007074BE">
              <w:rPr>
                <w:rFonts w:ascii="Arial" w:hAnsi="Arial" w:cs="Arial"/>
                <w:bCs/>
                <w:iCs/>
                <w:sz w:val="18"/>
                <w:szCs w:val="18"/>
              </w:rPr>
              <w:t xml:space="preserve"> yazılacak kişi </w:t>
            </w:r>
            <w:r w:rsidRPr="007074BE">
              <w:rPr>
                <w:rFonts w:ascii="Arial" w:hAnsi="Arial" w:cs="Arial"/>
                <w:b/>
                <w:iCs/>
                <w:sz w:val="18"/>
                <w:szCs w:val="18"/>
              </w:rPr>
              <w:t>baş buluşçu</w:t>
            </w:r>
            <w:r w:rsidRPr="007074BE">
              <w:rPr>
                <w:rFonts w:ascii="Arial" w:hAnsi="Arial" w:cs="Arial"/>
                <w:bCs/>
                <w:iCs/>
                <w:sz w:val="18"/>
                <w:szCs w:val="18"/>
              </w:rPr>
              <w:t>olarak kabul edilecektir.</w:t>
            </w:r>
          </w:p>
          <w:p w:rsidR="007074BE" w:rsidRPr="007074BE" w:rsidRDefault="007074BE" w:rsidP="007074BE">
            <w:pPr>
              <w:pStyle w:val="ListeParagraf"/>
              <w:numPr>
                <w:ilvl w:val="0"/>
                <w:numId w:val="13"/>
              </w:numPr>
              <w:ind w:left="315" w:hanging="142"/>
              <w:rPr>
                <w:rFonts w:ascii="Arial" w:hAnsi="Arial" w:cs="Arial"/>
                <w:bCs/>
                <w:iCs/>
                <w:sz w:val="18"/>
                <w:szCs w:val="18"/>
              </w:rPr>
            </w:pPr>
            <w:r w:rsidRPr="007074BE">
              <w:rPr>
                <w:rFonts w:ascii="Arial" w:hAnsi="Arial" w:cs="Arial"/>
                <w:bCs/>
                <w:iCs/>
                <w:sz w:val="18"/>
                <w:szCs w:val="18"/>
              </w:rPr>
              <w:t xml:space="preserve">Buluş sahiplerine dair bilgilerin </w:t>
            </w:r>
            <w:r w:rsidRPr="007074BE">
              <w:rPr>
                <w:rFonts w:ascii="Arial" w:hAnsi="Arial" w:cs="Arial"/>
                <w:b/>
                <w:iCs/>
                <w:sz w:val="18"/>
                <w:szCs w:val="18"/>
              </w:rPr>
              <w:t xml:space="preserve">doğru </w:t>
            </w:r>
            <w:r w:rsidRPr="007074BE">
              <w:rPr>
                <w:rFonts w:ascii="Arial" w:hAnsi="Arial" w:cs="Arial"/>
                <w:bCs/>
                <w:iCs/>
                <w:sz w:val="18"/>
                <w:szCs w:val="18"/>
              </w:rPr>
              <w:t>olarak girilmesi hususunda tüm sorumluluk tüm buluş sahiplerindedir.</w:t>
            </w:r>
          </w:p>
          <w:p w:rsidR="007074BE" w:rsidRPr="007074BE" w:rsidRDefault="007074BE" w:rsidP="007074BE">
            <w:pPr>
              <w:pStyle w:val="ListeParagraf"/>
              <w:numPr>
                <w:ilvl w:val="0"/>
                <w:numId w:val="13"/>
              </w:numPr>
              <w:ind w:left="315" w:hanging="142"/>
              <w:rPr>
                <w:rFonts w:ascii="Arial" w:hAnsi="Arial" w:cs="Arial"/>
                <w:bCs/>
                <w:iCs/>
                <w:sz w:val="18"/>
                <w:szCs w:val="18"/>
              </w:rPr>
            </w:pPr>
            <w:r w:rsidRPr="007074BE">
              <w:rPr>
                <w:rFonts w:ascii="Arial" w:hAnsi="Arial" w:cs="Arial"/>
                <w:bCs/>
                <w:iCs/>
                <w:sz w:val="18"/>
                <w:szCs w:val="18"/>
              </w:rPr>
              <w:t xml:space="preserve">Buluşçu </w:t>
            </w:r>
            <w:r w:rsidRPr="007074BE">
              <w:rPr>
                <w:rFonts w:ascii="Arial" w:hAnsi="Arial" w:cs="Arial"/>
                <w:b/>
                <w:iCs/>
                <w:sz w:val="18"/>
                <w:szCs w:val="18"/>
              </w:rPr>
              <w:t>akademik unvanı</w:t>
            </w:r>
            <w:r w:rsidRPr="007074BE">
              <w:rPr>
                <w:rFonts w:ascii="Arial" w:hAnsi="Arial" w:cs="Arial"/>
                <w:bCs/>
                <w:iCs/>
                <w:sz w:val="18"/>
                <w:szCs w:val="18"/>
              </w:rPr>
              <w:t>nın olması halinde unvanı mutlaka belirtilmelidir.</w:t>
            </w:r>
          </w:p>
          <w:p w:rsidR="007074BE" w:rsidRPr="007074BE" w:rsidRDefault="007074BE" w:rsidP="007074BE">
            <w:pPr>
              <w:pStyle w:val="ListeParagraf"/>
              <w:numPr>
                <w:ilvl w:val="0"/>
                <w:numId w:val="13"/>
              </w:numPr>
              <w:ind w:left="315" w:hanging="142"/>
              <w:rPr>
                <w:rFonts w:ascii="Arial" w:hAnsi="Arial" w:cs="Arial"/>
                <w:bCs/>
                <w:iCs/>
                <w:sz w:val="18"/>
                <w:szCs w:val="18"/>
              </w:rPr>
            </w:pPr>
            <w:r w:rsidRPr="007074BE">
              <w:rPr>
                <w:rFonts w:ascii="Arial" w:hAnsi="Arial" w:cs="Arial"/>
                <w:bCs/>
                <w:iCs/>
                <w:sz w:val="18"/>
                <w:szCs w:val="18"/>
              </w:rPr>
              <w:t xml:space="preserve">Buluşla ilgili süreci 1.derecede takip edecek ve </w:t>
            </w:r>
            <w:r>
              <w:rPr>
                <w:rFonts w:ascii="Arial" w:hAnsi="Arial" w:cs="Arial"/>
                <w:bCs/>
                <w:iCs/>
                <w:sz w:val="18"/>
                <w:szCs w:val="18"/>
              </w:rPr>
              <w:t>Maltepe</w:t>
            </w:r>
            <w:r w:rsidRPr="007074BE">
              <w:rPr>
                <w:rFonts w:ascii="Arial" w:hAnsi="Arial" w:cs="Arial"/>
                <w:bCs/>
                <w:iCs/>
                <w:sz w:val="18"/>
                <w:szCs w:val="18"/>
              </w:rPr>
              <w:t xml:space="preserve"> Üniversitesi Teknoloji Transfer Ofisi tarafından irtibat kurulacak buluşçu mutlaka “</w:t>
            </w:r>
            <w:r w:rsidRPr="007074BE">
              <w:rPr>
                <w:rFonts w:ascii="Arial" w:hAnsi="Arial" w:cs="Arial"/>
                <w:b/>
                <w:sz w:val="18"/>
                <w:szCs w:val="18"/>
              </w:rPr>
              <w:t xml:space="preserve">İrtibat Kurulacak Buluşçunun Adı Soyadı” </w:t>
            </w:r>
            <w:r w:rsidRPr="007074BE">
              <w:rPr>
                <w:rFonts w:ascii="Arial" w:hAnsi="Arial" w:cs="Arial"/>
                <w:bCs/>
                <w:iCs/>
                <w:sz w:val="18"/>
                <w:szCs w:val="18"/>
              </w:rPr>
              <w:t>bölümünde belirtilmelidir.</w:t>
            </w:r>
          </w:p>
          <w:p w:rsidR="007074BE" w:rsidRPr="00E135BD" w:rsidRDefault="007074BE" w:rsidP="007074BE">
            <w:pPr>
              <w:pStyle w:val="ListeParagraf"/>
              <w:ind w:left="315"/>
              <w:rPr>
                <w:rFonts w:cstheme="minorHAnsi"/>
                <w:bCs/>
                <w:iCs/>
                <w:sz w:val="18"/>
                <w:szCs w:val="18"/>
              </w:rPr>
            </w:pPr>
          </w:p>
        </w:tc>
      </w:tr>
      <w:tr w:rsidR="007074BE" w:rsidRPr="00E135BD" w:rsidTr="00B064FC">
        <w:trPr>
          <w:trHeight w:val="465"/>
        </w:trPr>
        <w:tc>
          <w:tcPr>
            <w:tcW w:w="3072" w:type="dxa"/>
            <w:gridSpan w:val="3"/>
          </w:tcPr>
          <w:p w:rsidR="007074BE" w:rsidRPr="007074BE" w:rsidRDefault="007074BE" w:rsidP="007074BE">
            <w:pPr>
              <w:pStyle w:val="ListeParagraf"/>
              <w:ind w:left="0"/>
              <w:rPr>
                <w:rFonts w:ascii="Arial" w:hAnsi="Arial" w:cs="Arial"/>
              </w:rPr>
            </w:pPr>
            <w:r w:rsidRPr="007074BE">
              <w:rPr>
                <w:rFonts w:ascii="Arial" w:hAnsi="Arial" w:cs="Arial"/>
                <w:b/>
              </w:rPr>
              <w:t>İrtibat Kurulacak Buluşçunun Adı Soyadı</w:t>
            </w:r>
            <w:r>
              <w:rPr>
                <w:rFonts w:ascii="Arial" w:hAnsi="Arial" w:cs="Arial"/>
                <w:b/>
              </w:rPr>
              <w:t>:</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65"/>
        </w:trPr>
        <w:tc>
          <w:tcPr>
            <w:tcW w:w="3072" w:type="dxa"/>
            <w:gridSpan w:val="3"/>
            <w:shd w:val="clear" w:color="auto" w:fill="DAEEF3" w:themeFill="accent5" w:themeFillTint="33"/>
          </w:tcPr>
          <w:p w:rsidR="007074BE" w:rsidRPr="007074BE" w:rsidRDefault="007074BE" w:rsidP="00376B3E">
            <w:pPr>
              <w:rPr>
                <w:rFonts w:ascii="Arial" w:hAnsi="Arial" w:cs="Arial"/>
                <w:b/>
              </w:rPr>
            </w:pPr>
            <w:r w:rsidRPr="007074BE">
              <w:rPr>
                <w:rFonts w:ascii="Arial" w:hAnsi="Arial" w:cs="Arial"/>
                <w:b/>
              </w:rPr>
              <w:t>I.BULUŞÇU</w:t>
            </w:r>
          </w:p>
          <w:p w:rsidR="007074BE" w:rsidRPr="007074BE" w:rsidRDefault="007074BE" w:rsidP="00376B3E">
            <w:pPr>
              <w:rPr>
                <w:rFonts w:ascii="Arial" w:hAnsi="Arial" w:cs="Arial"/>
                <w:b/>
              </w:rPr>
            </w:pPr>
            <w:r w:rsidRPr="007074BE">
              <w:rPr>
                <w:rFonts w:ascii="Arial" w:hAnsi="Arial" w:cs="Arial"/>
                <w:b/>
              </w:rPr>
              <w:t>Ad-Soyad</w:t>
            </w:r>
          </w:p>
          <w:p w:rsidR="007074BE" w:rsidRPr="007074BE" w:rsidRDefault="007074BE" w:rsidP="00376B3E">
            <w:pPr>
              <w:rPr>
                <w:rFonts w:ascii="Arial" w:hAnsi="Arial" w:cs="Arial"/>
                <w:b/>
                <w:bCs/>
              </w:rPr>
            </w:pPr>
            <w:r w:rsidRPr="007074BE">
              <w:rPr>
                <w:rFonts w:ascii="Arial" w:hAnsi="Arial" w:cs="Arial"/>
                <w:b/>
                <w:bCs/>
              </w:rPr>
              <w:t>(BAŞ BULUŞÇU)</w:t>
            </w:r>
          </w:p>
        </w:tc>
        <w:tc>
          <w:tcPr>
            <w:tcW w:w="3441" w:type="dxa"/>
          </w:tcPr>
          <w:p w:rsidR="007074BE" w:rsidRPr="00E135BD" w:rsidRDefault="007074BE" w:rsidP="00376B3E">
            <w:pPr>
              <w:pStyle w:val="ListeParagraf"/>
              <w:ind w:left="0"/>
              <w:jc w:val="center"/>
              <w:rPr>
                <w:rFonts w:cstheme="minorHAnsi"/>
                <w:sz w:val="18"/>
                <w:szCs w:val="18"/>
              </w:rPr>
            </w:pPr>
          </w:p>
        </w:tc>
        <w:tc>
          <w:tcPr>
            <w:tcW w:w="3127" w:type="dxa"/>
          </w:tcPr>
          <w:p w:rsidR="007074BE" w:rsidRPr="007074BE" w:rsidRDefault="007074BE" w:rsidP="00376B3E">
            <w:pPr>
              <w:pStyle w:val="ListeParagraf"/>
              <w:ind w:left="0"/>
              <w:rPr>
                <w:rFonts w:ascii="Arial" w:hAnsi="Arial" w:cs="Arial"/>
                <w:b/>
                <w:sz w:val="20"/>
                <w:szCs w:val="20"/>
              </w:rPr>
            </w:pPr>
            <w:r w:rsidRPr="007074BE">
              <w:rPr>
                <w:rFonts w:ascii="Arial" w:hAnsi="Arial" w:cs="Arial"/>
                <w:b/>
                <w:sz w:val="20"/>
                <w:szCs w:val="20"/>
              </w:rPr>
              <w:t>T.C. No:</w:t>
            </w:r>
          </w:p>
        </w:tc>
      </w:tr>
      <w:tr w:rsidR="007074BE" w:rsidRPr="00E135BD" w:rsidTr="004A2268">
        <w:trPr>
          <w:trHeight w:val="560"/>
        </w:trPr>
        <w:tc>
          <w:tcPr>
            <w:tcW w:w="1139" w:type="dxa"/>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Adres</w:t>
            </w:r>
          </w:p>
        </w:tc>
        <w:tc>
          <w:tcPr>
            <w:tcW w:w="8501" w:type="dxa"/>
            <w:gridSpan w:val="4"/>
            <w:shd w:val="clear" w:color="auto" w:fill="auto"/>
          </w:tcPr>
          <w:p w:rsidR="007074BE" w:rsidRPr="007074BE" w:rsidRDefault="007074BE" w:rsidP="00376B3E">
            <w:pPr>
              <w:pStyle w:val="ListeParagraf"/>
              <w:ind w:left="0"/>
              <w:rPr>
                <w:rFonts w:ascii="Arial" w:hAnsi="Arial" w:cs="Arial"/>
                <w:b/>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rPr>
            </w:pPr>
            <w:r w:rsidRPr="007074BE">
              <w:rPr>
                <w:rFonts w:ascii="Arial" w:hAnsi="Arial" w:cs="Arial"/>
                <w:b/>
              </w:rPr>
              <w:t>Telefon / E-Posta</w:t>
            </w:r>
          </w:p>
        </w:tc>
        <w:tc>
          <w:tcPr>
            <w:tcW w:w="6568" w:type="dxa"/>
            <w:gridSpan w:val="2"/>
          </w:tcPr>
          <w:p w:rsidR="007074BE" w:rsidRPr="00E135BD" w:rsidRDefault="007074BE" w:rsidP="00376B3E">
            <w:pPr>
              <w:pStyle w:val="ListeParagraf"/>
              <w:ind w:left="0"/>
              <w:jc w:val="center"/>
              <w:rPr>
                <w:rFonts w:cstheme="minorHAnsi"/>
                <w:b/>
                <w:sz w:val="18"/>
                <w:szCs w:val="18"/>
              </w:rPr>
            </w:pPr>
          </w:p>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Üniversite/ Kurum</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Fakülte/ Bölüm</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Unvan</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Buluşçu bilgisinin gizli kalmasını istiyor mu?</w:t>
            </w:r>
          </w:p>
        </w:tc>
        <w:tc>
          <w:tcPr>
            <w:tcW w:w="6568" w:type="dxa"/>
            <w:gridSpan w:val="2"/>
          </w:tcPr>
          <w:p w:rsidR="007074BE" w:rsidRPr="007074BE" w:rsidRDefault="00F864D1" w:rsidP="00376B3E">
            <w:pPr>
              <w:pStyle w:val="ListeParagraf"/>
              <w:ind w:left="38"/>
              <w:rPr>
                <w:rFonts w:ascii="Arial" w:eastAsia="SimSun" w:hAnsi="Arial" w:cs="Arial"/>
                <w:bCs/>
                <w:iCs/>
                <w:color w:val="000000"/>
              </w:rPr>
            </w:pPr>
            <w:sdt>
              <w:sdtPr>
                <w:rPr>
                  <w:rFonts w:ascii="Arial" w:hAnsi="Arial" w:cs="Arial"/>
                </w:rPr>
                <w:id w:val="-849026211"/>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 Evet    </w:t>
            </w:r>
            <w:sdt>
              <w:sdtPr>
                <w:rPr>
                  <w:rFonts w:ascii="Arial" w:hAnsi="Arial" w:cs="Arial"/>
                </w:rPr>
                <w:id w:val="-643581410"/>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Hayır  </w:t>
            </w:r>
          </w:p>
        </w:tc>
      </w:tr>
      <w:tr w:rsidR="007074BE" w:rsidRPr="00E135BD" w:rsidTr="007074BE">
        <w:trPr>
          <w:trHeight w:val="292"/>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Buluşa katkı payı(%)</w:t>
            </w:r>
          </w:p>
        </w:tc>
        <w:tc>
          <w:tcPr>
            <w:tcW w:w="6568" w:type="dxa"/>
            <w:gridSpan w:val="2"/>
          </w:tcPr>
          <w:p w:rsidR="001939E3" w:rsidRDefault="001939E3" w:rsidP="001939E3">
            <w:pPr>
              <w:pStyle w:val="ListeParagraf"/>
              <w:ind w:left="0"/>
              <w:jc w:val="both"/>
              <w:rPr>
                <w:rFonts w:cstheme="minorHAnsi"/>
                <w:b/>
                <w:sz w:val="18"/>
                <w:szCs w:val="18"/>
              </w:rPr>
            </w:pPr>
            <w:r>
              <w:rPr>
                <w:rFonts w:cstheme="minorHAnsi"/>
                <w:b/>
                <w:sz w:val="18"/>
                <w:szCs w:val="18"/>
              </w:rPr>
              <w:t>(</w:t>
            </w:r>
            <w:r w:rsidRPr="001939E3">
              <w:rPr>
                <w:rFonts w:cstheme="minorHAnsi"/>
                <w:b/>
                <w:sz w:val="18"/>
                <w:szCs w:val="18"/>
              </w:rPr>
              <w:t>Gelir paylaşımı, TTO Yönergesi’nin 8’inci maddesinde düzenlenen kurum-buluşçu gelir dağılım oranları esas alınarak yapılır. Buluşçulara ayrılan toplam gelir payı, anılan madde kapsamında belirlenen yüzde oranları aşmamak üzere, bu formda beyan edilen buluşa katkı payı oranları dikkate alınarak bulu</w:t>
            </w:r>
            <w:r>
              <w:rPr>
                <w:rFonts w:cstheme="minorHAnsi"/>
                <w:b/>
                <w:sz w:val="18"/>
                <w:szCs w:val="18"/>
              </w:rPr>
              <w:t>şçular arasında dağıtılacaktır.)</w:t>
            </w:r>
          </w:p>
          <w:p w:rsidR="001939E3" w:rsidRDefault="001939E3" w:rsidP="001939E3">
            <w:pPr>
              <w:pStyle w:val="ListeParagraf"/>
              <w:ind w:left="0"/>
              <w:rPr>
                <w:rFonts w:cstheme="minorHAnsi"/>
                <w:b/>
                <w:sz w:val="18"/>
                <w:szCs w:val="18"/>
              </w:rPr>
            </w:pPr>
          </w:p>
          <w:p w:rsidR="007074BE" w:rsidRPr="00E135BD" w:rsidRDefault="007074BE" w:rsidP="00376B3E">
            <w:pPr>
              <w:pStyle w:val="ListeParagraf"/>
              <w:ind w:left="0"/>
              <w:jc w:val="center"/>
              <w:rPr>
                <w:rFonts w:cstheme="minorHAnsi"/>
                <w:b/>
                <w:sz w:val="18"/>
                <w:szCs w:val="18"/>
              </w:rPr>
            </w:pPr>
          </w:p>
        </w:tc>
      </w:tr>
      <w:tr w:rsidR="000B2EEF" w:rsidRPr="00E135BD" w:rsidTr="007074BE">
        <w:trPr>
          <w:trHeight w:val="292"/>
        </w:trPr>
        <w:tc>
          <w:tcPr>
            <w:tcW w:w="3072" w:type="dxa"/>
            <w:gridSpan w:val="3"/>
            <w:shd w:val="clear" w:color="auto" w:fill="DAEEF3" w:themeFill="accent5" w:themeFillTint="33"/>
          </w:tcPr>
          <w:p w:rsidR="000B2EEF" w:rsidRPr="007074BE" w:rsidRDefault="000B2EEF" w:rsidP="00376B3E">
            <w:pPr>
              <w:pStyle w:val="ListeParagraf"/>
              <w:ind w:left="0"/>
              <w:rPr>
                <w:rFonts w:ascii="Arial" w:hAnsi="Arial" w:cs="Arial"/>
                <w:b/>
              </w:rPr>
            </w:pPr>
            <w:r>
              <w:rPr>
                <w:rFonts w:ascii="Arial" w:hAnsi="Arial" w:cs="Arial"/>
                <w:b/>
              </w:rPr>
              <w:t xml:space="preserve">Buluş </w:t>
            </w:r>
            <w:r w:rsidR="003C6403">
              <w:rPr>
                <w:rFonts w:ascii="Arial" w:hAnsi="Arial" w:cs="Arial"/>
                <w:b/>
              </w:rPr>
              <w:t>g</w:t>
            </w:r>
            <w:r>
              <w:rPr>
                <w:rFonts w:ascii="Arial" w:hAnsi="Arial" w:cs="Arial"/>
                <w:b/>
              </w:rPr>
              <w:t xml:space="preserve">elir </w:t>
            </w:r>
            <w:r w:rsidR="003C6403">
              <w:rPr>
                <w:rFonts w:ascii="Arial" w:hAnsi="Arial" w:cs="Arial"/>
                <w:b/>
              </w:rPr>
              <w:t>p</w:t>
            </w:r>
            <w:r>
              <w:rPr>
                <w:rFonts w:ascii="Arial" w:hAnsi="Arial" w:cs="Arial"/>
                <w:b/>
              </w:rPr>
              <w:t>ayı (%)</w:t>
            </w:r>
          </w:p>
        </w:tc>
        <w:tc>
          <w:tcPr>
            <w:tcW w:w="6568" w:type="dxa"/>
            <w:gridSpan w:val="2"/>
          </w:tcPr>
          <w:p w:rsidR="000B2EEF" w:rsidRDefault="001939E3" w:rsidP="001939E3">
            <w:pPr>
              <w:jc w:val="both"/>
              <w:rPr>
                <w:rFonts w:ascii="Arial" w:hAnsi="Arial" w:cs="Arial"/>
                <w:b/>
                <w:sz w:val="18"/>
                <w:szCs w:val="18"/>
              </w:rPr>
            </w:pPr>
            <w:r>
              <w:rPr>
                <w:rFonts w:ascii="Arial" w:hAnsi="Arial" w:cs="Arial"/>
                <w:b/>
                <w:sz w:val="18"/>
                <w:szCs w:val="18"/>
              </w:rPr>
              <w:t>(</w:t>
            </w:r>
            <w:r w:rsidR="000B2EEF" w:rsidRPr="008D4D0D">
              <w:rPr>
                <w:rFonts w:ascii="Arial" w:hAnsi="Arial" w:cs="Arial"/>
                <w:b/>
                <w:sz w:val="18"/>
                <w:szCs w:val="18"/>
              </w:rPr>
              <w:t>Buluştan elde edilecek lisans, satış veya ticarileştirme gelirleri, Maltepe Üniversitesi Teknoloji Transfer Ofisi Yönergesi’nin 8. maddesi uyarınca dağıtılacaktır. Bu form kapsamında belirtilen katkı oranları, buluşçular arasındaki pay</w:t>
            </w:r>
            <w:r>
              <w:rPr>
                <w:rFonts w:ascii="Arial" w:hAnsi="Arial" w:cs="Arial"/>
                <w:b/>
                <w:sz w:val="18"/>
                <w:szCs w:val="18"/>
              </w:rPr>
              <w:t xml:space="preserve"> dağılımı için esas alınacaktır)</w:t>
            </w:r>
          </w:p>
          <w:p w:rsidR="001939E3" w:rsidRDefault="001939E3" w:rsidP="000B2EEF">
            <w:pPr>
              <w:rPr>
                <w:rFonts w:ascii="Arial" w:hAnsi="Arial" w:cs="Arial"/>
                <w:b/>
                <w:sz w:val="18"/>
                <w:szCs w:val="18"/>
              </w:rPr>
            </w:pPr>
          </w:p>
          <w:p w:rsidR="001939E3" w:rsidRPr="008D4D0D" w:rsidRDefault="001939E3" w:rsidP="000B2EEF">
            <w:pPr>
              <w:rPr>
                <w:rFonts w:ascii="Arial" w:hAnsi="Arial" w:cs="Arial"/>
                <w:b/>
                <w:sz w:val="18"/>
                <w:szCs w:val="18"/>
              </w:rPr>
            </w:pPr>
          </w:p>
        </w:tc>
      </w:tr>
      <w:tr w:rsidR="007074BE" w:rsidRPr="00E135BD" w:rsidTr="007074BE">
        <w:trPr>
          <w:trHeight w:val="453"/>
        </w:trPr>
        <w:tc>
          <w:tcPr>
            <w:tcW w:w="3072" w:type="dxa"/>
            <w:gridSpan w:val="3"/>
            <w:shd w:val="clear" w:color="auto" w:fill="DAEEF3" w:themeFill="accent5" w:themeFillTint="33"/>
          </w:tcPr>
          <w:p w:rsidR="007074BE" w:rsidRPr="007074BE" w:rsidRDefault="007074BE" w:rsidP="00376B3E">
            <w:pPr>
              <w:rPr>
                <w:rFonts w:ascii="Arial" w:hAnsi="Arial" w:cs="Arial"/>
                <w:b/>
              </w:rPr>
            </w:pPr>
            <w:r w:rsidRPr="007074BE">
              <w:rPr>
                <w:rFonts w:ascii="Arial" w:hAnsi="Arial" w:cs="Arial"/>
                <w:b/>
              </w:rPr>
              <w:t>II. BULUŞÇU</w:t>
            </w:r>
          </w:p>
          <w:p w:rsidR="007074BE" w:rsidRPr="007074BE" w:rsidRDefault="007074BE" w:rsidP="00376B3E">
            <w:pPr>
              <w:rPr>
                <w:rFonts w:ascii="Arial" w:hAnsi="Arial" w:cs="Arial"/>
              </w:rPr>
            </w:pPr>
            <w:r w:rsidRPr="007074BE">
              <w:rPr>
                <w:rFonts w:ascii="Arial" w:hAnsi="Arial" w:cs="Arial"/>
                <w:b/>
              </w:rPr>
              <w:t xml:space="preserve"> Ad-Soyad</w:t>
            </w:r>
          </w:p>
        </w:tc>
        <w:tc>
          <w:tcPr>
            <w:tcW w:w="3441" w:type="dxa"/>
          </w:tcPr>
          <w:p w:rsidR="007074BE" w:rsidRPr="00E135BD" w:rsidRDefault="007074BE" w:rsidP="00376B3E">
            <w:pPr>
              <w:pStyle w:val="ListeParagraf"/>
              <w:ind w:left="0"/>
              <w:jc w:val="center"/>
              <w:rPr>
                <w:rFonts w:cstheme="minorHAnsi"/>
                <w:sz w:val="18"/>
                <w:szCs w:val="18"/>
              </w:rPr>
            </w:pPr>
          </w:p>
        </w:tc>
        <w:tc>
          <w:tcPr>
            <w:tcW w:w="3127" w:type="dxa"/>
          </w:tcPr>
          <w:p w:rsidR="007074BE" w:rsidRPr="007074BE" w:rsidRDefault="007074BE" w:rsidP="00376B3E">
            <w:pPr>
              <w:pStyle w:val="ListeParagraf"/>
              <w:ind w:left="0"/>
              <w:rPr>
                <w:rFonts w:ascii="Arial" w:hAnsi="Arial" w:cs="Arial"/>
                <w:sz w:val="20"/>
                <w:szCs w:val="20"/>
              </w:rPr>
            </w:pPr>
            <w:r w:rsidRPr="007074BE">
              <w:rPr>
                <w:rFonts w:ascii="Arial" w:hAnsi="Arial" w:cs="Arial"/>
                <w:b/>
                <w:sz w:val="20"/>
                <w:szCs w:val="20"/>
              </w:rPr>
              <w:t>T.C. No:</w:t>
            </w:r>
          </w:p>
        </w:tc>
      </w:tr>
      <w:tr w:rsidR="007074BE" w:rsidRPr="00E135BD" w:rsidTr="004A2268">
        <w:trPr>
          <w:trHeight w:val="573"/>
        </w:trPr>
        <w:tc>
          <w:tcPr>
            <w:tcW w:w="1139" w:type="dxa"/>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Adres</w:t>
            </w:r>
          </w:p>
        </w:tc>
        <w:tc>
          <w:tcPr>
            <w:tcW w:w="8501" w:type="dxa"/>
            <w:gridSpan w:val="4"/>
            <w:shd w:val="clear" w:color="auto" w:fill="auto"/>
          </w:tcPr>
          <w:p w:rsidR="007074BE" w:rsidRPr="007074BE" w:rsidRDefault="007074BE" w:rsidP="00376B3E">
            <w:pPr>
              <w:pStyle w:val="ListeParagraf"/>
              <w:ind w:left="0"/>
              <w:rPr>
                <w:rFonts w:ascii="Arial" w:hAnsi="Arial" w:cs="Arial"/>
                <w:b/>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rPr>
            </w:pPr>
            <w:r w:rsidRPr="007074BE">
              <w:rPr>
                <w:rFonts w:ascii="Arial" w:hAnsi="Arial" w:cs="Arial"/>
                <w:b/>
              </w:rPr>
              <w:t>Telefon / E-Posta</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Üniversite/ Kurum</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Fakülte/ Bölüm</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lastRenderedPageBreak/>
              <w:t>Unvan</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Buluşçu bilgisinin gizli kalmasını istiyor mu?</w:t>
            </w:r>
          </w:p>
        </w:tc>
        <w:tc>
          <w:tcPr>
            <w:tcW w:w="6568" w:type="dxa"/>
            <w:gridSpan w:val="2"/>
          </w:tcPr>
          <w:p w:rsidR="007074BE" w:rsidRPr="007074BE" w:rsidRDefault="00F864D1" w:rsidP="00376B3E">
            <w:pPr>
              <w:pStyle w:val="ListeParagraf"/>
              <w:ind w:left="38"/>
              <w:rPr>
                <w:rFonts w:ascii="Arial" w:eastAsia="SimSun" w:hAnsi="Arial" w:cs="Arial"/>
                <w:bCs/>
                <w:iCs/>
                <w:color w:val="000000"/>
              </w:rPr>
            </w:pPr>
            <w:sdt>
              <w:sdtPr>
                <w:rPr>
                  <w:rFonts w:ascii="Arial" w:hAnsi="Arial" w:cs="Arial"/>
                </w:rPr>
                <w:id w:val="-346940927"/>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 Evet    </w:t>
            </w:r>
            <w:sdt>
              <w:sdtPr>
                <w:rPr>
                  <w:rFonts w:ascii="Arial" w:hAnsi="Arial" w:cs="Arial"/>
                </w:rPr>
                <w:id w:val="-230154463"/>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Hayır  </w:t>
            </w:r>
          </w:p>
        </w:tc>
      </w:tr>
      <w:tr w:rsidR="007074BE" w:rsidRPr="00E135BD" w:rsidTr="007074BE">
        <w:trPr>
          <w:trHeight w:val="282"/>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Buluşa katkı payı(%)</w:t>
            </w:r>
          </w:p>
        </w:tc>
        <w:tc>
          <w:tcPr>
            <w:tcW w:w="6568" w:type="dxa"/>
            <w:gridSpan w:val="2"/>
          </w:tcPr>
          <w:p w:rsidR="007074BE" w:rsidRDefault="001939E3" w:rsidP="001939E3">
            <w:pPr>
              <w:pStyle w:val="ListeParagraf"/>
              <w:ind w:left="0"/>
              <w:jc w:val="both"/>
              <w:rPr>
                <w:rFonts w:cstheme="minorHAnsi"/>
                <w:b/>
                <w:sz w:val="18"/>
                <w:szCs w:val="18"/>
              </w:rPr>
            </w:pPr>
            <w:r>
              <w:rPr>
                <w:rFonts w:cstheme="minorHAnsi"/>
                <w:b/>
                <w:sz w:val="18"/>
                <w:szCs w:val="18"/>
              </w:rPr>
              <w:t>(</w:t>
            </w:r>
            <w:r w:rsidRPr="001939E3">
              <w:rPr>
                <w:rFonts w:cstheme="minorHAnsi"/>
                <w:b/>
                <w:sz w:val="18"/>
                <w:szCs w:val="18"/>
              </w:rPr>
              <w:t>Gelir paylaşımı, TTO Yönergesi’nin 8’inci maddesinde düzenlenen kurum-buluşçu gelir dağılım oranları esas alınarak yapılır. Buluşçulara ayrılan toplam gelir payı, anılan madde kapsamında belirlenen yüzde oranları aşmamak üzere, bu formda beyan edilen buluşa katkı payı oranları dikkate alınarak bulu</w:t>
            </w:r>
            <w:r>
              <w:rPr>
                <w:rFonts w:cstheme="minorHAnsi"/>
                <w:b/>
                <w:sz w:val="18"/>
                <w:szCs w:val="18"/>
              </w:rPr>
              <w:t>şçular arasında dağıtılacaktır.)</w:t>
            </w:r>
          </w:p>
          <w:p w:rsidR="000B2EEF" w:rsidRDefault="000B2EEF" w:rsidP="00376B3E">
            <w:pPr>
              <w:pStyle w:val="ListeParagraf"/>
              <w:ind w:left="0"/>
              <w:jc w:val="center"/>
              <w:rPr>
                <w:rFonts w:cstheme="minorHAnsi"/>
                <w:b/>
                <w:sz w:val="18"/>
                <w:szCs w:val="18"/>
              </w:rPr>
            </w:pPr>
          </w:p>
          <w:p w:rsidR="000B2EEF" w:rsidRPr="00E135BD" w:rsidRDefault="000B2EEF" w:rsidP="00376B3E">
            <w:pPr>
              <w:pStyle w:val="ListeParagraf"/>
              <w:ind w:left="0"/>
              <w:jc w:val="center"/>
              <w:rPr>
                <w:rFonts w:cstheme="minorHAnsi"/>
                <w:b/>
                <w:sz w:val="18"/>
                <w:szCs w:val="18"/>
              </w:rPr>
            </w:pPr>
          </w:p>
        </w:tc>
      </w:tr>
      <w:tr w:rsidR="000B2EEF" w:rsidRPr="00E135BD" w:rsidTr="007074BE">
        <w:trPr>
          <w:trHeight w:val="282"/>
        </w:trPr>
        <w:tc>
          <w:tcPr>
            <w:tcW w:w="3072" w:type="dxa"/>
            <w:gridSpan w:val="3"/>
            <w:shd w:val="clear" w:color="auto" w:fill="DAEEF3" w:themeFill="accent5" w:themeFillTint="33"/>
          </w:tcPr>
          <w:p w:rsidR="000B2EEF" w:rsidRPr="000B2EEF" w:rsidRDefault="003C6403" w:rsidP="000B2EEF">
            <w:pPr>
              <w:rPr>
                <w:rFonts w:ascii="Arial" w:hAnsi="Arial" w:cs="Arial"/>
                <w:b/>
              </w:rPr>
            </w:pPr>
            <w:r>
              <w:rPr>
                <w:rFonts w:ascii="Arial" w:hAnsi="Arial" w:cs="Arial"/>
                <w:b/>
              </w:rPr>
              <w:t>Buluş gelir p</w:t>
            </w:r>
            <w:r w:rsidR="000B2EEF" w:rsidRPr="000B2EEF">
              <w:rPr>
                <w:rFonts w:ascii="Arial" w:hAnsi="Arial" w:cs="Arial"/>
                <w:b/>
              </w:rPr>
              <w:t>ayı (%)</w:t>
            </w:r>
          </w:p>
        </w:tc>
        <w:tc>
          <w:tcPr>
            <w:tcW w:w="6568" w:type="dxa"/>
            <w:gridSpan w:val="2"/>
          </w:tcPr>
          <w:p w:rsidR="000B2EEF" w:rsidRDefault="001939E3" w:rsidP="000B2EEF">
            <w:pPr>
              <w:jc w:val="both"/>
              <w:rPr>
                <w:rFonts w:ascii="Arial" w:hAnsi="Arial" w:cs="Arial"/>
                <w:b/>
                <w:sz w:val="18"/>
                <w:szCs w:val="18"/>
              </w:rPr>
            </w:pPr>
            <w:r>
              <w:rPr>
                <w:rFonts w:ascii="Arial" w:hAnsi="Arial" w:cs="Arial"/>
                <w:b/>
                <w:sz w:val="18"/>
                <w:szCs w:val="18"/>
              </w:rPr>
              <w:t>(</w:t>
            </w:r>
            <w:r w:rsidR="000B2EEF" w:rsidRPr="008D4D0D">
              <w:rPr>
                <w:rFonts w:ascii="Arial" w:hAnsi="Arial" w:cs="Arial"/>
                <w:b/>
                <w:sz w:val="18"/>
                <w:szCs w:val="18"/>
              </w:rPr>
              <w:t>Buluştan elde edilecek lisans, satış veya ticarileştirme gelirleri, Maltepe Üniversitesi Teknoloji Transfer Ofisi Yönergesi’nin 8. maddesi uyarınca dağıtılacaktır. Bu form kapsamında belirtilen katkı oranları, buluşçular arasındaki pay dağılımı için esas alınacaktır.</w:t>
            </w:r>
            <w:r>
              <w:rPr>
                <w:rFonts w:ascii="Arial" w:hAnsi="Arial" w:cs="Arial"/>
                <w:b/>
                <w:sz w:val="18"/>
                <w:szCs w:val="18"/>
              </w:rPr>
              <w:t>)</w:t>
            </w:r>
          </w:p>
          <w:p w:rsidR="001939E3" w:rsidRDefault="001939E3" w:rsidP="000B2EEF">
            <w:pPr>
              <w:jc w:val="both"/>
              <w:rPr>
                <w:rFonts w:ascii="Arial" w:hAnsi="Arial" w:cs="Arial"/>
                <w:b/>
                <w:sz w:val="18"/>
                <w:szCs w:val="18"/>
              </w:rPr>
            </w:pPr>
          </w:p>
          <w:p w:rsidR="001939E3" w:rsidRPr="008D4D0D" w:rsidRDefault="001939E3" w:rsidP="000B2EEF">
            <w:pPr>
              <w:jc w:val="both"/>
              <w:rPr>
                <w:rFonts w:ascii="Arial" w:hAnsi="Arial" w:cs="Arial"/>
                <w:b/>
                <w:sz w:val="18"/>
                <w:szCs w:val="18"/>
              </w:rPr>
            </w:pPr>
          </w:p>
        </w:tc>
      </w:tr>
      <w:tr w:rsidR="007074BE" w:rsidRPr="00E135BD" w:rsidTr="007074BE">
        <w:trPr>
          <w:trHeight w:val="465"/>
        </w:trPr>
        <w:tc>
          <w:tcPr>
            <w:tcW w:w="3072" w:type="dxa"/>
            <w:gridSpan w:val="3"/>
            <w:shd w:val="clear" w:color="auto" w:fill="DAEEF3" w:themeFill="accent5" w:themeFillTint="33"/>
          </w:tcPr>
          <w:p w:rsidR="007074BE" w:rsidRPr="007074BE" w:rsidRDefault="007074BE" w:rsidP="00376B3E">
            <w:pPr>
              <w:rPr>
                <w:rFonts w:ascii="Arial" w:hAnsi="Arial" w:cs="Arial"/>
                <w:b/>
              </w:rPr>
            </w:pPr>
            <w:r w:rsidRPr="007074BE">
              <w:rPr>
                <w:rFonts w:ascii="Arial" w:hAnsi="Arial" w:cs="Arial"/>
                <w:b/>
              </w:rPr>
              <w:t>III. BULUŞÇU</w:t>
            </w:r>
          </w:p>
          <w:p w:rsidR="007074BE" w:rsidRPr="007074BE" w:rsidRDefault="007074BE" w:rsidP="00376B3E">
            <w:pPr>
              <w:rPr>
                <w:rFonts w:ascii="Arial" w:hAnsi="Arial" w:cs="Arial"/>
              </w:rPr>
            </w:pPr>
            <w:r w:rsidRPr="007074BE">
              <w:rPr>
                <w:rFonts w:ascii="Arial" w:hAnsi="Arial" w:cs="Arial"/>
                <w:b/>
              </w:rPr>
              <w:t>Ad-Soyad</w:t>
            </w:r>
          </w:p>
        </w:tc>
        <w:tc>
          <w:tcPr>
            <w:tcW w:w="3441" w:type="dxa"/>
          </w:tcPr>
          <w:p w:rsidR="007074BE" w:rsidRPr="00E135BD" w:rsidRDefault="007074BE" w:rsidP="00376B3E">
            <w:pPr>
              <w:pStyle w:val="ListeParagraf"/>
              <w:ind w:left="0"/>
              <w:jc w:val="center"/>
              <w:rPr>
                <w:rFonts w:cstheme="minorHAnsi"/>
                <w:sz w:val="18"/>
                <w:szCs w:val="18"/>
              </w:rPr>
            </w:pPr>
          </w:p>
        </w:tc>
        <w:tc>
          <w:tcPr>
            <w:tcW w:w="3127" w:type="dxa"/>
          </w:tcPr>
          <w:p w:rsidR="007074BE" w:rsidRPr="007074BE" w:rsidRDefault="007074BE" w:rsidP="00376B3E">
            <w:pPr>
              <w:pStyle w:val="ListeParagraf"/>
              <w:ind w:left="0"/>
              <w:rPr>
                <w:rFonts w:ascii="Arial" w:hAnsi="Arial" w:cs="Arial"/>
                <w:b/>
                <w:sz w:val="20"/>
                <w:szCs w:val="20"/>
              </w:rPr>
            </w:pPr>
            <w:r w:rsidRPr="007074BE">
              <w:rPr>
                <w:rFonts w:ascii="Arial" w:hAnsi="Arial" w:cs="Arial"/>
                <w:b/>
                <w:sz w:val="20"/>
                <w:szCs w:val="20"/>
              </w:rPr>
              <w:t>T.C. No:</w:t>
            </w:r>
          </w:p>
        </w:tc>
      </w:tr>
      <w:tr w:rsidR="007074BE" w:rsidRPr="00E135BD" w:rsidTr="004A2268">
        <w:trPr>
          <w:trHeight w:val="560"/>
        </w:trPr>
        <w:tc>
          <w:tcPr>
            <w:tcW w:w="1139" w:type="dxa"/>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Adres</w:t>
            </w:r>
          </w:p>
        </w:tc>
        <w:tc>
          <w:tcPr>
            <w:tcW w:w="8501" w:type="dxa"/>
            <w:gridSpan w:val="4"/>
            <w:shd w:val="clear" w:color="auto" w:fill="auto"/>
          </w:tcPr>
          <w:p w:rsidR="007074BE" w:rsidRDefault="007074BE" w:rsidP="00376B3E">
            <w:pPr>
              <w:pStyle w:val="ListeParagraf"/>
              <w:ind w:left="0"/>
              <w:rPr>
                <w:rFonts w:ascii="Arial" w:hAnsi="Arial" w:cs="Arial"/>
                <w:b/>
              </w:rPr>
            </w:pPr>
          </w:p>
          <w:p w:rsidR="00C276E3" w:rsidRPr="007074BE" w:rsidRDefault="00C276E3" w:rsidP="00376B3E">
            <w:pPr>
              <w:pStyle w:val="ListeParagraf"/>
              <w:ind w:left="0"/>
              <w:rPr>
                <w:rFonts w:ascii="Arial" w:hAnsi="Arial" w:cs="Arial"/>
                <w:b/>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rPr>
            </w:pPr>
            <w:r w:rsidRPr="007074BE">
              <w:rPr>
                <w:rFonts w:ascii="Arial" w:hAnsi="Arial" w:cs="Arial"/>
                <w:b/>
              </w:rPr>
              <w:t>Telefon / E-Posta</w:t>
            </w:r>
          </w:p>
        </w:tc>
        <w:tc>
          <w:tcPr>
            <w:tcW w:w="6568" w:type="dxa"/>
            <w:gridSpan w:val="2"/>
          </w:tcPr>
          <w:p w:rsidR="007074BE" w:rsidRPr="00E135BD" w:rsidRDefault="007074BE" w:rsidP="00376B3E">
            <w:pPr>
              <w:pStyle w:val="ListeParagraf"/>
              <w:ind w:left="0"/>
              <w:jc w:val="center"/>
              <w:rPr>
                <w:rFonts w:cstheme="minorHAnsi"/>
                <w:b/>
                <w:sz w:val="18"/>
                <w:szCs w:val="18"/>
              </w:rPr>
            </w:pPr>
          </w:p>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Üniversite/ Kurum</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Fakülte/ Bölüm</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267"/>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Unvan</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Buluşçu</w:t>
            </w:r>
            <w:r w:rsidR="00CC37C4">
              <w:rPr>
                <w:rFonts w:ascii="Arial" w:hAnsi="Arial" w:cs="Arial"/>
                <w:b/>
              </w:rPr>
              <w:t>,</w:t>
            </w:r>
            <w:r w:rsidRPr="007074BE">
              <w:rPr>
                <w:rFonts w:ascii="Arial" w:hAnsi="Arial" w:cs="Arial"/>
                <w:b/>
              </w:rPr>
              <w:t xml:space="preserve"> bilgisinin gizli kalmasını istiyor mu?</w:t>
            </w:r>
          </w:p>
        </w:tc>
        <w:tc>
          <w:tcPr>
            <w:tcW w:w="6568" w:type="dxa"/>
            <w:gridSpan w:val="2"/>
          </w:tcPr>
          <w:p w:rsidR="007074BE" w:rsidRPr="007074BE" w:rsidRDefault="00F864D1" w:rsidP="00376B3E">
            <w:pPr>
              <w:pStyle w:val="ListeParagraf"/>
              <w:ind w:left="38"/>
              <w:rPr>
                <w:rFonts w:ascii="Arial" w:eastAsia="SimSun" w:hAnsi="Arial" w:cs="Arial"/>
                <w:bCs/>
                <w:iCs/>
                <w:color w:val="000000"/>
              </w:rPr>
            </w:pPr>
            <w:sdt>
              <w:sdtPr>
                <w:rPr>
                  <w:rFonts w:ascii="Arial" w:hAnsi="Arial" w:cs="Arial"/>
                </w:rPr>
                <w:id w:val="1072542021"/>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 Evet    </w:t>
            </w:r>
            <w:sdt>
              <w:sdtPr>
                <w:rPr>
                  <w:rFonts w:ascii="Arial" w:hAnsi="Arial" w:cs="Arial"/>
                </w:rPr>
                <w:id w:val="-119996352"/>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Hayır  </w:t>
            </w:r>
          </w:p>
        </w:tc>
      </w:tr>
      <w:tr w:rsidR="007074BE" w:rsidRPr="00E135BD" w:rsidTr="007074BE">
        <w:trPr>
          <w:trHeight w:val="271"/>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Buluşa katkı payı(%)</w:t>
            </w:r>
          </w:p>
          <w:p w:rsidR="007074BE" w:rsidRPr="007074BE" w:rsidRDefault="007074BE" w:rsidP="00376B3E">
            <w:pPr>
              <w:pStyle w:val="ListeParagraf"/>
              <w:ind w:left="0"/>
              <w:rPr>
                <w:rFonts w:ascii="Arial" w:hAnsi="Arial" w:cs="Arial"/>
                <w:b/>
              </w:rPr>
            </w:pPr>
          </w:p>
        </w:tc>
        <w:tc>
          <w:tcPr>
            <w:tcW w:w="6568" w:type="dxa"/>
            <w:gridSpan w:val="2"/>
          </w:tcPr>
          <w:p w:rsidR="001939E3" w:rsidRDefault="001939E3" w:rsidP="001939E3">
            <w:pPr>
              <w:pStyle w:val="ListeParagraf"/>
              <w:ind w:left="0"/>
              <w:jc w:val="both"/>
              <w:rPr>
                <w:rFonts w:cstheme="minorHAnsi"/>
                <w:b/>
                <w:sz w:val="18"/>
                <w:szCs w:val="18"/>
              </w:rPr>
            </w:pPr>
            <w:r>
              <w:rPr>
                <w:rFonts w:cstheme="minorHAnsi"/>
                <w:b/>
                <w:sz w:val="18"/>
                <w:szCs w:val="18"/>
              </w:rPr>
              <w:t>(</w:t>
            </w:r>
            <w:r w:rsidRPr="001939E3">
              <w:rPr>
                <w:rFonts w:cstheme="minorHAnsi"/>
                <w:b/>
                <w:sz w:val="18"/>
                <w:szCs w:val="18"/>
              </w:rPr>
              <w:t>Gelir paylaşımı, TTO Yönergesi’nin 8’inci maddesinde düzenlenen kurum-buluşçu gelir dağılım oranları esas alınarak yapılır. Buluşçulara ayrılan toplam gelir payı, anılan madde kapsamında belirlenen yüzde oranları aşmamak üzere, bu formda beyan edilen buluşa katkı payı oranları dikkate alınarak bulu</w:t>
            </w:r>
            <w:r>
              <w:rPr>
                <w:rFonts w:cstheme="minorHAnsi"/>
                <w:b/>
                <w:sz w:val="18"/>
                <w:szCs w:val="18"/>
              </w:rPr>
              <w:t>şçular arasında dağıtılacaktır.)</w:t>
            </w:r>
          </w:p>
          <w:p w:rsidR="001939E3" w:rsidRDefault="001939E3" w:rsidP="001939E3">
            <w:pPr>
              <w:pStyle w:val="ListeParagraf"/>
              <w:ind w:left="0"/>
              <w:jc w:val="both"/>
              <w:rPr>
                <w:rFonts w:cstheme="minorHAnsi"/>
                <w:b/>
                <w:sz w:val="18"/>
                <w:szCs w:val="18"/>
              </w:rPr>
            </w:pPr>
          </w:p>
          <w:p w:rsidR="007074BE" w:rsidRPr="00E135BD" w:rsidRDefault="007074BE" w:rsidP="00376B3E">
            <w:pPr>
              <w:pStyle w:val="ListeParagraf"/>
              <w:ind w:left="0"/>
              <w:jc w:val="center"/>
              <w:rPr>
                <w:rFonts w:cstheme="minorHAnsi"/>
                <w:b/>
                <w:sz w:val="18"/>
                <w:szCs w:val="18"/>
              </w:rPr>
            </w:pPr>
          </w:p>
        </w:tc>
      </w:tr>
      <w:tr w:rsidR="000B2EEF" w:rsidRPr="00E135BD" w:rsidTr="007074BE">
        <w:trPr>
          <w:trHeight w:val="271"/>
        </w:trPr>
        <w:tc>
          <w:tcPr>
            <w:tcW w:w="3072" w:type="dxa"/>
            <w:gridSpan w:val="3"/>
            <w:shd w:val="clear" w:color="auto" w:fill="DAEEF3" w:themeFill="accent5" w:themeFillTint="33"/>
          </w:tcPr>
          <w:p w:rsidR="000B2EEF" w:rsidRPr="007074BE" w:rsidRDefault="003C6403" w:rsidP="00376B3E">
            <w:pPr>
              <w:pStyle w:val="ListeParagraf"/>
              <w:ind w:left="0"/>
              <w:rPr>
                <w:rFonts w:ascii="Arial" w:hAnsi="Arial" w:cs="Arial"/>
                <w:b/>
              </w:rPr>
            </w:pPr>
            <w:r>
              <w:rPr>
                <w:rFonts w:ascii="Arial" w:hAnsi="Arial" w:cs="Arial"/>
                <w:b/>
              </w:rPr>
              <w:t>Buluş gelir p</w:t>
            </w:r>
            <w:r w:rsidR="000B2EEF" w:rsidRPr="000B2EEF">
              <w:rPr>
                <w:rFonts w:ascii="Arial" w:hAnsi="Arial" w:cs="Arial"/>
                <w:b/>
              </w:rPr>
              <w:t>ayı (%)</w:t>
            </w:r>
          </w:p>
        </w:tc>
        <w:tc>
          <w:tcPr>
            <w:tcW w:w="6568" w:type="dxa"/>
            <w:gridSpan w:val="2"/>
          </w:tcPr>
          <w:p w:rsidR="000B2EEF" w:rsidRDefault="001939E3" w:rsidP="000B2EEF">
            <w:pPr>
              <w:pStyle w:val="ListeParagraf"/>
              <w:ind w:left="0"/>
              <w:jc w:val="both"/>
              <w:rPr>
                <w:rFonts w:ascii="Arial" w:hAnsi="Arial" w:cs="Arial"/>
                <w:b/>
                <w:sz w:val="18"/>
                <w:szCs w:val="18"/>
              </w:rPr>
            </w:pPr>
            <w:r>
              <w:rPr>
                <w:rFonts w:ascii="Arial" w:hAnsi="Arial" w:cs="Arial"/>
                <w:b/>
                <w:sz w:val="18"/>
                <w:szCs w:val="18"/>
              </w:rPr>
              <w:t>(</w:t>
            </w:r>
            <w:r w:rsidR="000B2EEF" w:rsidRPr="000B2EEF">
              <w:rPr>
                <w:rFonts w:ascii="Arial" w:hAnsi="Arial" w:cs="Arial"/>
                <w:b/>
                <w:sz w:val="18"/>
                <w:szCs w:val="18"/>
              </w:rPr>
              <w:t>Buluştan elde edilecek lisans, satış veya ticarileştirme gelirleri, Maltepe Üniversitesi Teknoloji Transfer Ofisi Yönergesi’nin 8. maddesi uyarınca dağıtılacaktır. Bu form kapsamında belirtilen katkı oranları, buluşçular arasındaki pay</w:t>
            </w:r>
            <w:r>
              <w:rPr>
                <w:rFonts w:ascii="Arial" w:hAnsi="Arial" w:cs="Arial"/>
                <w:b/>
                <w:sz w:val="18"/>
                <w:szCs w:val="18"/>
              </w:rPr>
              <w:t xml:space="preserve"> dağılımı için esas alınacaktır)</w:t>
            </w:r>
          </w:p>
          <w:p w:rsidR="001939E3" w:rsidRDefault="001939E3" w:rsidP="000B2EEF">
            <w:pPr>
              <w:pStyle w:val="ListeParagraf"/>
              <w:ind w:left="0"/>
              <w:jc w:val="both"/>
              <w:rPr>
                <w:rFonts w:ascii="Arial" w:hAnsi="Arial" w:cs="Arial"/>
                <w:b/>
                <w:sz w:val="18"/>
                <w:szCs w:val="18"/>
              </w:rPr>
            </w:pPr>
          </w:p>
          <w:p w:rsidR="001939E3" w:rsidRPr="000B2EEF" w:rsidRDefault="001939E3" w:rsidP="000B2EEF">
            <w:pPr>
              <w:pStyle w:val="ListeParagraf"/>
              <w:ind w:left="0"/>
              <w:jc w:val="both"/>
              <w:rPr>
                <w:rFonts w:ascii="Arial" w:hAnsi="Arial" w:cs="Arial"/>
                <w:b/>
                <w:sz w:val="18"/>
                <w:szCs w:val="18"/>
              </w:rPr>
            </w:pPr>
          </w:p>
        </w:tc>
      </w:tr>
      <w:tr w:rsidR="007074BE" w:rsidRPr="00E135BD" w:rsidTr="007074BE">
        <w:trPr>
          <w:trHeight w:val="453"/>
        </w:trPr>
        <w:tc>
          <w:tcPr>
            <w:tcW w:w="3072" w:type="dxa"/>
            <w:gridSpan w:val="3"/>
            <w:shd w:val="clear" w:color="auto" w:fill="DAEEF3" w:themeFill="accent5" w:themeFillTint="33"/>
          </w:tcPr>
          <w:p w:rsidR="007074BE" w:rsidRPr="007074BE" w:rsidRDefault="007074BE" w:rsidP="00376B3E">
            <w:pPr>
              <w:rPr>
                <w:rFonts w:ascii="Arial" w:hAnsi="Arial" w:cs="Arial"/>
                <w:b/>
              </w:rPr>
            </w:pPr>
            <w:r w:rsidRPr="007074BE">
              <w:rPr>
                <w:rFonts w:ascii="Arial" w:hAnsi="Arial" w:cs="Arial"/>
                <w:b/>
              </w:rPr>
              <w:t>IV. BULUŞÇU</w:t>
            </w:r>
          </w:p>
          <w:p w:rsidR="007074BE" w:rsidRPr="007074BE" w:rsidRDefault="007074BE" w:rsidP="00376B3E">
            <w:pPr>
              <w:rPr>
                <w:rFonts w:ascii="Arial" w:hAnsi="Arial" w:cs="Arial"/>
              </w:rPr>
            </w:pPr>
            <w:r w:rsidRPr="007074BE">
              <w:rPr>
                <w:rFonts w:ascii="Arial" w:hAnsi="Arial" w:cs="Arial"/>
                <w:b/>
              </w:rPr>
              <w:t>Ad-Soyad</w:t>
            </w:r>
          </w:p>
        </w:tc>
        <w:tc>
          <w:tcPr>
            <w:tcW w:w="3441" w:type="dxa"/>
          </w:tcPr>
          <w:p w:rsidR="007074BE" w:rsidRPr="00E135BD" w:rsidRDefault="007074BE" w:rsidP="00376B3E">
            <w:pPr>
              <w:pStyle w:val="ListeParagraf"/>
              <w:ind w:left="0"/>
              <w:jc w:val="center"/>
              <w:rPr>
                <w:rFonts w:cstheme="minorHAnsi"/>
                <w:sz w:val="18"/>
                <w:szCs w:val="18"/>
              </w:rPr>
            </w:pPr>
          </w:p>
        </w:tc>
        <w:tc>
          <w:tcPr>
            <w:tcW w:w="3127" w:type="dxa"/>
          </w:tcPr>
          <w:p w:rsidR="007074BE" w:rsidRPr="007074BE" w:rsidRDefault="007074BE" w:rsidP="00376B3E">
            <w:pPr>
              <w:pStyle w:val="ListeParagraf"/>
              <w:ind w:left="0"/>
              <w:rPr>
                <w:rFonts w:ascii="Arial" w:hAnsi="Arial" w:cs="Arial"/>
                <w:sz w:val="20"/>
                <w:szCs w:val="20"/>
              </w:rPr>
            </w:pPr>
            <w:r w:rsidRPr="007074BE">
              <w:rPr>
                <w:rFonts w:ascii="Arial" w:hAnsi="Arial" w:cs="Arial"/>
                <w:b/>
                <w:sz w:val="20"/>
                <w:szCs w:val="20"/>
              </w:rPr>
              <w:t>T.C. No:</w:t>
            </w:r>
          </w:p>
        </w:tc>
      </w:tr>
      <w:tr w:rsidR="007074BE" w:rsidRPr="00E135BD" w:rsidTr="003C5550">
        <w:trPr>
          <w:trHeight w:val="573"/>
        </w:trPr>
        <w:tc>
          <w:tcPr>
            <w:tcW w:w="1139" w:type="dxa"/>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Adres</w:t>
            </w:r>
          </w:p>
        </w:tc>
        <w:tc>
          <w:tcPr>
            <w:tcW w:w="8501" w:type="dxa"/>
            <w:gridSpan w:val="4"/>
            <w:shd w:val="clear" w:color="auto" w:fill="auto"/>
          </w:tcPr>
          <w:p w:rsidR="007074BE" w:rsidRPr="007074BE" w:rsidRDefault="007074BE" w:rsidP="00376B3E">
            <w:pPr>
              <w:pStyle w:val="ListeParagraf"/>
              <w:ind w:left="0"/>
              <w:rPr>
                <w:rFonts w:ascii="Arial" w:hAnsi="Arial" w:cs="Arial"/>
                <w:b/>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rPr>
            </w:pPr>
            <w:r w:rsidRPr="007074BE">
              <w:rPr>
                <w:rFonts w:ascii="Arial" w:hAnsi="Arial" w:cs="Arial"/>
                <w:b/>
              </w:rPr>
              <w:t>Telefon / E-Posta</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Üniversite/ Kurum</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Fakülte/ Bölüm</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410"/>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lastRenderedPageBreak/>
              <w:t>Unvan</w:t>
            </w:r>
          </w:p>
        </w:tc>
        <w:tc>
          <w:tcPr>
            <w:tcW w:w="6568" w:type="dxa"/>
            <w:gridSpan w:val="2"/>
          </w:tcPr>
          <w:p w:rsidR="007074BE" w:rsidRPr="00E135BD" w:rsidRDefault="007074BE" w:rsidP="00376B3E">
            <w:pPr>
              <w:pStyle w:val="ListeParagraf"/>
              <w:ind w:left="0"/>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Buluşçu</w:t>
            </w:r>
            <w:r w:rsidR="00CC37C4">
              <w:rPr>
                <w:rFonts w:ascii="Arial" w:hAnsi="Arial" w:cs="Arial"/>
                <w:b/>
              </w:rPr>
              <w:t>,</w:t>
            </w:r>
            <w:r w:rsidRPr="007074BE">
              <w:rPr>
                <w:rFonts w:ascii="Arial" w:hAnsi="Arial" w:cs="Arial"/>
                <w:b/>
              </w:rPr>
              <w:t xml:space="preserve"> bilgisinin gizli kalmasını istiyor mu?</w:t>
            </w:r>
          </w:p>
        </w:tc>
        <w:tc>
          <w:tcPr>
            <w:tcW w:w="6568" w:type="dxa"/>
            <w:gridSpan w:val="2"/>
          </w:tcPr>
          <w:p w:rsidR="007074BE" w:rsidRPr="007074BE" w:rsidRDefault="00F864D1" w:rsidP="00376B3E">
            <w:pPr>
              <w:pStyle w:val="ListeParagraf"/>
              <w:ind w:left="38"/>
              <w:rPr>
                <w:rFonts w:ascii="Arial" w:eastAsia="SimSun" w:hAnsi="Arial" w:cs="Arial"/>
                <w:bCs/>
                <w:iCs/>
                <w:color w:val="000000"/>
              </w:rPr>
            </w:pPr>
            <w:sdt>
              <w:sdtPr>
                <w:rPr>
                  <w:rFonts w:ascii="Arial" w:hAnsi="Arial" w:cs="Arial"/>
                </w:rPr>
                <w:id w:val="539561214"/>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 Evet    </w:t>
            </w:r>
            <w:sdt>
              <w:sdtPr>
                <w:rPr>
                  <w:rFonts w:ascii="Arial" w:hAnsi="Arial" w:cs="Arial"/>
                </w:rPr>
                <w:id w:val="-1359892479"/>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Hayır  </w:t>
            </w:r>
          </w:p>
        </w:tc>
      </w:tr>
      <w:tr w:rsidR="007074BE" w:rsidRPr="00E135BD" w:rsidTr="007074BE">
        <w:trPr>
          <w:trHeight w:val="284"/>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Buluşa katkı payı(%)</w:t>
            </w:r>
          </w:p>
        </w:tc>
        <w:tc>
          <w:tcPr>
            <w:tcW w:w="6568" w:type="dxa"/>
            <w:gridSpan w:val="2"/>
          </w:tcPr>
          <w:p w:rsidR="008A23C7" w:rsidRDefault="008A23C7" w:rsidP="008A23C7">
            <w:pPr>
              <w:pStyle w:val="ListeParagraf"/>
              <w:ind w:left="0"/>
              <w:jc w:val="both"/>
              <w:rPr>
                <w:rFonts w:cstheme="minorHAnsi"/>
                <w:b/>
                <w:sz w:val="18"/>
                <w:szCs w:val="18"/>
              </w:rPr>
            </w:pPr>
            <w:r>
              <w:rPr>
                <w:rFonts w:cstheme="minorHAnsi"/>
                <w:b/>
                <w:sz w:val="18"/>
                <w:szCs w:val="18"/>
              </w:rPr>
              <w:t>(</w:t>
            </w:r>
            <w:r w:rsidRPr="001939E3">
              <w:rPr>
                <w:rFonts w:cstheme="minorHAnsi"/>
                <w:b/>
                <w:sz w:val="18"/>
                <w:szCs w:val="18"/>
              </w:rPr>
              <w:t>Gelir paylaşımı, TTO Yönergesi’nin 8’inci maddesinde düzenlenen kurum-buluşçu gelir dağılım oranları esas alınarak yapılır. Buluşçulara ayrılan toplam gelir payı, anılan madde kapsamında belirlenen yüzde oranları aşmamak üzere, bu formda beyan edilen buluşa katkı payı oranları dikkate alınarak bulu</w:t>
            </w:r>
            <w:r>
              <w:rPr>
                <w:rFonts w:cstheme="minorHAnsi"/>
                <w:b/>
                <w:sz w:val="18"/>
                <w:szCs w:val="18"/>
              </w:rPr>
              <w:t>şçular arasında dağıtılacaktır.)</w:t>
            </w:r>
          </w:p>
          <w:p w:rsidR="008A23C7" w:rsidRDefault="008A23C7" w:rsidP="008A23C7">
            <w:pPr>
              <w:pStyle w:val="ListeParagraf"/>
              <w:ind w:left="0"/>
              <w:jc w:val="both"/>
              <w:rPr>
                <w:rFonts w:cstheme="minorHAnsi"/>
                <w:b/>
                <w:sz w:val="18"/>
                <w:szCs w:val="18"/>
              </w:rPr>
            </w:pPr>
          </w:p>
          <w:p w:rsidR="007074BE" w:rsidRPr="00E135BD" w:rsidRDefault="007074BE" w:rsidP="00376B3E">
            <w:pPr>
              <w:pStyle w:val="ListeParagraf"/>
              <w:ind w:left="0"/>
              <w:jc w:val="center"/>
              <w:rPr>
                <w:rFonts w:cstheme="minorHAnsi"/>
                <w:b/>
                <w:sz w:val="18"/>
                <w:szCs w:val="18"/>
              </w:rPr>
            </w:pPr>
          </w:p>
        </w:tc>
      </w:tr>
      <w:tr w:rsidR="00D04A99" w:rsidRPr="00E135BD" w:rsidTr="007074BE">
        <w:trPr>
          <w:trHeight w:val="284"/>
        </w:trPr>
        <w:tc>
          <w:tcPr>
            <w:tcW w:w="3072" w:type="dxa"/>
            <w:gridSpan w:val="3"/>
            <w:shd w:val="clear" w:color="auto" w:fill="DAEEF3" w:themeFill="accent5" w:themeFillTint="33"/>
          </w:tcPr>
          <w:p w:rsidR="00D04A99" w:rsidRPr="007074BE" w:rsidRDefault="003C6403" w:rsidP="00376B3E">
            <w:pPr>
              <w:pStyle w:val="ListeParagraf"/>
              <w:ind w:left="0"/>
              <w:rPr>
                <w:rFonts w:ascii="Arial" w:hAnsi="Arial" w:cs="Arial"/>
                <w:b/>
              </w:rPr>
            </w:pPr>
            <w:r>
              <w:rPr>
                <w:rFonts w:ascii="Arial" w:hAnsi="Arial" w:cs="Arial"/>
                <w:b/>
              </w:rPr>
              <w:t>Buluş gelir p</w:t>
            </w:r>
            <w:r w:rsidR="00D04A99" w:rsidRPr="000B2EEF">
              <w:rPr>
                <w:rFonts w:ascii="Arial" w:hAnsi="Arial" w:cs="Arial"/>
                <w:b/>
              </w:rPr>
              <w:t>ayı (%)</w:t>
            </w:r>
          </w:p>
        </w:tc>
        <w:tc>
          <w:tcPr>
            <w:tcW w:w="6568" w:type="dxa"/>
            <w:gridSpan w:val="2"/>
          </w:tcPr>
          <w:p w:rsidR="00D04A99" w:rsidRDefault="008A23C7" w:rsidP="00D04A99">
            <w:pPr>
              <w:pStyle w:val="ListeParagraf"/>
              <w:ind w:left="0"/>
              <w:jc w:val="both"/>
              <w:rPr>
                <w:rFonts w:ascii="Arial" w:hAnsi="Arial" w:cs="Arial"/>
                <w:b/>
                <w:sz w:val="18"/>
                <w:szCs w:val="18"/>
              </w:rPr>
            </w:pPr>
            <w:r>
              <w:rPr>
                <w:rFonts w:ascii="Arial" w:hAnsi="Arial" w:cs="Arial"/>
                <w:b/>
                <w:sz w:val="18"/>
                <w:szCs w:val="18"/>
              </w:rPr>
              <w:t>(</w:t>
            </w:r>
            <w:r w:rsidR="00D04A99" w:rsidRPr="00D04A99">
              <w:rPr>
                <w:rFonts w:ascii="Arial" w:hAnsi="Arial" w:cs="Arial"/>
                <w:b/>
                <w:sz w:val="18"/>
                <w:szCs w:val="18"/>
              </w:rPr>
              <w:t>Buluştan elde edilecek lisans, satış veya ticarileştirme gelirleri, Maltepe Üniversitesi Teknoloji Transfer Ofisi Yönergesi’nin 8. maddesi uyarınca dağıtılacaktır. Bu form kapsamında belirtilen katkı oranları, buluşçular arasındaki pay dağılımı i</w:t>
            </w:r>
            <w:r>
              <w:rPr>
                <w:rFonts w:ascii="Arial" w:hAnsi="Arial" w:cs="Arial"/>
                <w:b/>
                <w:sz w:val="18"/>
                <w:szCs w:val="18"/>
              </w:rPr>
              <w:t>çin esas alınacaktır)</w:t>
            </w:r>
          </w:p>
          <w:p w:rsidR="008A23C7" w:rsidRDefault="008A23C7" w:rsidP="00D04A99">
            <w:pPr>
              <w:pStyle w:val="ListeParagraf"/>
              <w:ind w:left="0"/>
              <w:jc w:val="both"/>
              <w:rPr>
                <w:rFonts w:ascii="Arial" w:hAnsi="Arial" w:cs="Arial"/>
                <w:b/>
                <w:sz w:val="18"/>
                <w:szCs w:val="18"/>
              </w:rPr>
            </w:pPr>
          </w:p>
          <w:p w:rsidR="008A23C7" w:rsidRPr="00D04A99" w:rsidRDefault="008A23C7" w:rsidP="00D04A99">
            <w:pPr>
              <w:pStyle w:val="ListeParagraf"/>
              <w:ind w:left="0"/>
              <w:jc w:val="both"/>
              <w:rPr>
                <w:rFonts w:ascii="Arial" w:hAnsi="Arial" w:cs="Arial"/>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rPr>
                <w:rFonts w:ascii="Arial" w:hAnsi="Arial" w:cs="Arial"/>
                <w:b/>
              </w:rPr>
            </w:pPr>
            <w:r w:rsidRPr="007074BE">
              <w:rPr>
                <w:rFonts w:ascii="Arial" w:hAnsi="Arial" w:cs="Arial"/>
                <w:b/>
              </w:rPr>
              <w:t>V. BULUŞÇU</w:t>
            </w:r>
          </w:p>
          <w:p w:rsidR="007074BE" w:rsidRPr="007074BE" w:rsidRDefault="007074BE" w:rsidP="00376B3E">
            <w:pPr>
              <w:rPr>
                <w:rFonts w:ascii="Arial" w:hAnsi="Arial" w:cs="Arial"/>
                <w:b/>
              </w:rPr>
            </w:pPr>
            <w:r w:rsidRPr="007074BE">
              <w:rPr>
                <w:rFonts w:ascii="Arial" w:hAnsi="Arial" w:cs="Arial"/>
                <w:b/>
              </w:rPr>
              <w:t xml:space="preserve"> Ad-Soyad</w:t>
            </w:r>
          </w:p>
        </w:tc>
        <w:tc>
          <w:tcPr>
            <w:tcW w:w="3441" w:type="dxa"/>
          </w:tcPr>
          <w:p w:rsidR="007074BE" w:rsidRPr="00E135BD" w:rsidRDefault="007074BE" w:rsidP="00376B3E">
            <w:pPr>
              <w:rPr>
                <w:rFonts w:cstheme="minorHAnsi"/>
                <w:b/>
                <w:sz w:val="18"/>
                <w:szCs w:val="18"/>
              </w:rPr>
            </w:pPr>
          </w:p>
        </w:tc>
        <w:tc>
          <w:tcPr>
            <w:tcW w:w="3127" w:type="dxa"/>
          </w:tcPr>
          <w:p w:rsidR="007074BE" w:rsidRPr="007074BE" w:rsidRDefault="007074BE" w:rsidP="00376B3E">
            <w:pPr>
              <w:rPr>
                <w:rFonts w:ascii="Arial" w:hAnsi="Arial" w:cs="Arial"/>
                <w:b/>
                <w:sz w:val="20"/>
                <w:szCs w:val="20"/>
              </w:rPr>
            </w:pPr>
            <w:r w:rsidRPr="007074BE">
              <w:rPr>
                <w:rFonts w:ascii="Arial" w:hAnsi="Arial" w:cs="Arial"/>
                <w:b/>
                <w:sz w:val="20"/>
                <w:szCs w:val="20"/>
              </w:rPr>
              <w:t>T.C. No:</w:t>
            </w:r>
          </w:p>
        </w:tc>
      </w:tr>
      <w:tr w:rsidR="007074BE" w:rsidRPr="00E135BD" w:rsidTr="003C5550">
        <w:trPr>
          <w:trHeight w:val="563"/>
        </w:trPr>
        <w:tc>
          <w:tcPr>
            <w:tcW w:w="1213" w:type="dxa"/>
            <w:gridSpan w:val="2"/>
            <w:shd w:val="clear" w:color="auto" w:fill="DAEEF3" w:themeFill="accent5" w:themeFillTint="33"/>
          </w:tcPr>
          <w:p w:rsidR="007074BE" w:rsidRPr="007074BE" w:rsidRDefault="007074BE" w:rsidP="00376B3E">
            <w:pPr>
              <w:pStyle w:val="ListeParagraf"/>
              <w:ind w:left="0"/>
              <w:jc w:val="center"/>
              <w:rPr>
                <w:rFonts w:ascii="Arial" w:hAnsi="Arial" w:cs="Arial"/>
                <w:b/>
              </w:rPr>
            </w:pPr>
            <w:r w:rsidRPr="007074BE">
              <w:rPr>
                <w:rFonts w:ascii="Arial" w:hAnsi="Arial" w:cs="Arial"/>
                <w:b/>
              </w:rPr>
              <w:t>Adres</w:t>
            </w:r>
          </w:p>
        </w:tc>
        <w:tc>
          <w:tcPr>
            <w:tcW w:w="8427" w:type="dxa"/>
            <w:gridSpan w:val="3"/>
            <w:shd w:val="clear" w:color="auto" w:fill="auto"/>
          </w:tcPr>
          <w:p w:rsidR="007074BE" w:rsidRPr="007074BE" w:rsidRDefault="007074BE" w:rsidP="00376B3E">
            <w:pPr>
              <w:pStyle w:val="ListeParagraf"/>
              <w:ind w:left="0"/>
              <w:jc w:val="center"/>
              <w:rPr>
                <w:rFonts w:ascii="Arial" w:hAnsi="Arial" w:cs="Arial"/>
                <w:b/>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rPr>
            </w:pPr>
            <w:r w:rsidRPr="007074BE">
              <w:rPr>
                <w:rFonts w:ascii="Arial" w:hAnsi="Arial" w:cs="Arial"/>
                <w:b/>
              </w:rPr>
              <w:t>Telefon / E-Posta</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Üniversite/ Kurum</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Fakülte/ Bölüm</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Unvan</w:t>
            </w:r>
          </w:p>
        </w:tc>
        <w:tc>
          <w:tcPr>
            <w:tcW w:w="6568" w:type="dxa"/>
            <w:gridSpan w:val="2"/>
          </w:tcPr>
          <w:p w:rsidR="007074BE" w:rsidRPr="00E135BD" w:rsidRDefault="007074BE" w:rsidP="00376B3E">
            <w:pPr>
              <w:pStyle w:val="ListeParagraf"/>
              <w:ind w:left="0"/>
              <w:jc w:val="center"/>
              <w:rPr>
                <w:rFonts w:cstheme="minorHAnsi"/>
                <w:b/>
                <w:sz w:val="18"/>
                <w:szCs w:val="18"/>
              </w:rPr>
            </w:pPr>
          </w:p>
        </w:tc>
      </w:tr>
      <w:tr w:rsidR="007074BE" w:rsidRPr="00E135BD" w:rsidTr="007074BE">
        <w:trPr>
          <w:trHeight w:val="563"/>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Buluşçu</w:t>
            </w:r>
            <w:r w:rsidR="00CC37C4">
              <w:rPr>
                <w:rFonts w:ascii="Arial" w:hAnsi="Arial" w:cs="Arial"/>
                <w:b/>
              </w:rPr>
              <w:t>,</w:t>
            </w:r>
            <w:r w:rsidRPr="007074BE">
              <w:rPr>
                <w:rFonts w:ascii="Arial" w:hAnsi="Arial" w:cs="Arial"/>
                <w:b/>
              </w:rPr>
              <w:t xml:space="preserve"> bilgisinin gizli kalmasını istiyor mu?</w:t>
            </w:r>
          </w:p>
        </w:tc>
        <w:tc>
          <w:tcPr>
            <w:tcW w:w="6568" w:type="dxa"/>
            <w:gridSpan w:val="2"/>
          </w:tcPr>
          <w:p w:rsidR="007074BE" w:rsidRPr="007074BE" w:rsidRDefault="00F864D1" w:rsidP="00376B3E">
            <w:pPr>
              <w:pStyle w:val="ListeParagraf"/>
              <w:ind w:left="0"/>
              <w:rPr>
                <w:rFonts w:ascii="Arial" w:eastAsia="SimSun" w:hAnsi="Arial" w:cs="Arial"/>
                <w:bCs/>
                <w:iCs/>
                <w:color w:val="000000"/>
              </w:rPr>
            </w:pPr>
            <w:sdt>
              <w:sdtPr>
                <w:rPr>
                  <w:rFonts w:ascii="Arial" w:hAnsi="Arial" w:cs="Arial"/>
                </w:rPr>
                <w:id w:val="730667991"/>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 Evet    </w:t>
            </w:r>
            <w:sdt>
              <w:sdtPr>
                <w:rPr>
                  <w:rFonts w:ascii="Arial" w:hAnsi="Arial" w:cs="Arial"/>
                </w:rPr>
                <w:id w:val="1610391850"/>
                <w14:checkbox>
                  <w14:checked w14:val="0"/>
                  <w14:checkedState w14:val="2612" w14:font="MS Gothic"/>
                  <w14:uncheckedState w14:val="2610" w14:font="MS Gothic"/>
                </w14:checkbox>
              </w:sdtPr>
              <w:sdtEndPr/>
              <w:sdtContent>
                <w:r w:rsidR="007074BE" w:rsidRPr="007074BE">
                  <w:rPr>
                    <w:rFonts w:ascii="Segoe UI Symbol" w:eastAsia="MS Gothic" w:hAnsi="Segoe UI Symbol" w:cs="Segoe UI Symbol"/>
                  </w:rPr>
                  <w:t>☐</w:t>
                </w:r>
              </w:sdtContent>
            </w:sdt>
            <w:r w:rsidR="007074BE" w:rsidRPr="007074BE">
              <w:rPr>
                <w:rFonts w:ascii="Arial" w:hAnsi="Arial" w:cs="Arial"/>
              </w:rPr>
              <w:t xml:space="preserve">Hayır  </w:t>
            </w:r>
          </w:p>
        </w:tc>
      </w:tr>
      <w:tr w:rsidR="007074BE" w:rsidRPr="00E135BD" w:rsidTr="007074BE">
        <w:trPr>
          <w:trHeight w:val="266"/>
        </w:trPr>
        <w:tc>
          <w:tcPr>
            <w:tcW w:w="3072" w:type="dxa"/>
            <w:gridSpan w:val="3"/>
            <w:shd w:val="clear" w:color="auto" w:fill="DAEEF3" w:themeFill="accent5" w:themeFillTint="33"/>
          </w:tcPr>
          <w:p w:rsidR="007074BE" w:rsidRPr="007074BE" w:rsidRDefault="007074BE" w:rsidP="00376B3E">
            <w:pPr>
              <w:pStyle w:val="ListeParagraf"/>
              <w:ind w:left="0"/>
              <w:rPr>
                <w:rFonts w:ascii="Arial" w:hAnsi="Arial" w:cs="Arial"/>
                <w:b/>
              </w:rPr>
            </w:pPr>
            <w:r w:rsidRPr="007074BE">
              <w:rPr>
                <w:rFonts w:ascii="Arial" w:hAnsi="Arial" w:cs="Arial"/>
                <w:b/>
              </w:rPr>
              <w:t>Buluşa katkı payı(%)</w:t>
            </w:r>
          </w:p>
        </w:tc>
        <w:tc>
          <w:tcPr>
            <w:tcW w:w="6568" w:type="dxa"/>
            <w:gridSpan w:val="2"/>
          </w:tcPr>
          <w:p w:rsidR="008A23C7" w:rsidRDefault="008A23C7" w:rsidP="008A23C7">
            <w:pPr>
              <w:pStyle w:val="ListeParagraf"/>
              <w:ind w:left="0"/>
              <w:jc w:val="both"/>
              <w:rPr>
                <w:rFonts w:cstheme="minorHAnsi"/>
                <w:b/>
                <w:sz w:val="18"/>
                <w:szCs w:val="18"/>
              </w:rPr>
            </w:pPr>
            <w:r>
              <w:rPr>
                <w:rFonts w:cstheme="minorHAnsi"/>
                <w:b/>
                <w:sz w:val="18"/>
                <w:szCs w:val="18"/>
              </w:rPr>
              <w:t>(</w:t>
            </w:r>
            <w:r w:rsidRPr="001939E3">
              <w:rPr>
                <w:rFonts w:cstheme="minorHAnsi"/>
                <w:b/>
                <w:sz w:val="18"/>
                <w:szCs w:val="18"/>
              </w:rPr>
              <w:t>Gelir paylaşımı, TTO Yönergesi’nin 8’inci maddesinde düzenlenen kurum-buluşçu gelir dağılım oranları esas alınarak yapılır. Buluşçulara ayrılan toplam gelir payı, anılan madde kapsamında belirlenen yüzde oranları aşmamak üzere, bu formda beyan edilen buluşa katkı payı oranları dikkate alınarak bulu</w:t>
            </w:r>
            <w:r>
              <w:rPr>
                <w:rFonts w:cstheme="minorHAnsi"/>
                <w:b/>
                <w:sz w:val="18"/>
                <w:szCs w:val="18"/>
              </w:rPr>
              <w:t>şçular arasında dağıtılacaktır.)</w:t>
            </w:r>
          </w:p>
          <w:p w:rsidR="008A23C7" w:rsidRDefault="008A23C7" w:rsidP="008A23C7">
            <w:pPr>
              <w:pStyle w:val="ListeParagraf"/>
              <w:ind w:left="0"/>
              <w:rPr>
                <w:rFonts w:cstheme="minorHAnsi"/>
                <w:b/>
                <w:sz w:val="18"/>
                <w:szCs w:val="18"/>
              </w:rPr>
            </w:pPr>
          </w:p>
          <w:p w:rsidR="007074BE" w:rsidRPr="00E135BD" w:rsidRDefault="007074BE" w:rsidP="00376B3E">
            <w:pPr>
              <w:pStyle w:val="ListeParagraf"/>
              <w:ind w:left="0"/>
              <w:jc w:val="center"/>
              <w:rPr>
                <w:rFonts w:cstheme="minorHAnsi"/>
                <w:b/>
                <w:sz w:val="18"/>
                <w:szCs w:val="18"/>
              </w:rPr>
            </w:pPr>
          </w:p>
        </w:tc>
      </w:tr>
      <w:tr w:rsidR="000B2EEF" w:rsidRPr="00E135BD" w:rsidTr="007074BE">
        <w:trPr>
          <w:trHeight w:val="266"/>
        </w:trPr>
        <w:tc>
          <w:tcPr>
            <w:tcW w:w="3072" w:type="dxa"/>
            <w:gridSpan w:val="3"/>
            <w:shd w:val="clear" w:color="auto" w:fill="DAEEF3" w:themeFill="accent5" w:themeFillTint="33"/>
          </w:tcPr>
          <w:p w:rsidR="000B2EEF" w:rsidRPr="007074BE" w:rsidRDefault="003C6403" w:rsidP="00376B3E">
            <w:pPr>
              <w:pStyle w:val="ListeParagraf"/>
              <w:ind w:left="0"/>
              <w:rPr>
                <w:rFonts w:ascii="Arial" w:hAnsi="Arial" w:cs="Arial"/>
                <w:b/>
              </w:rPr>
            </w:pPr>
            <w:r>
              <w:rPr>
                <w:rFonts w:ascii="Arial" w:hAnsi="Arial" w:cs="Arial"/>
                <w:b/>
              </w:rPr>
              <w:t xml:space="preserve">Buluş gelir </w:t>
            </w:r>
            <w:r w:rsidR="000B2EEF" w:rsidRPr="000B2EEF">
              <w:rPr>
                <w:rFonts w:ascii="Arial" w:hAnsi="Arial" w:cs="Arial"/>
                <w:b/>
              </w:rPr>
              <w:t>ayı (%)</w:t>
            </w:r>
          </w:p>
        </w:tc>
        <w:tc>
          <w:tcPr>
            <w:tcW w:w="6568" w:type="dxa"/>
            <w:gridSpan w:val="2"/>
          </w:tcPr>
          <w:p w:rsidR="000B2EEF" w:rsidRDefault="008A23C7" w:rsidP="000B2EEF">
            <w:pPr>
              <w:pStyle w:val="ListeParagraf"/>
              <w:ind w:left="0"/>
              <w:jc w:val="both"/>
              <w:rPr>
                <w:rFonts w:ascii="Arial" w:hAnsi="Arial" w:cs="Arial"/>
                <w:b/>
                <w:sz w:val="18"/>
                <w:szCs w:val="18"/>
              </w:rPr>
            </w:pPr>
            <w:r>
              <w:rPr>
                <w:rFonts w:ascii="Arial" w:hAnsi="Arial" w:cs="Arial"/>
                <w:b/>
                <w:sz w:val="18"/>
                <w:szCs w:val="18"/>
              </w:rPr>
              <w:t>(</w:t>
            </w:r>
            <w:r w:rsidR="000B2EEF" w:rsidRPr="000B2EEF">
              <w:rPr>
                <w:rFonts w:ascii="Arial" w:hAnsi="Arial" w:cs="Arial"/>
                <w:b/>
                <w:sz w:val="18"/>
                <w:szCs w:val="18"/>
              </w:rPr>
              <w:t>Buluştan elde edilecek lisans, satış veya ticarileştirme gelirleri, Maltepe Üniversitesi Teknoloji Transfer Ofisi Yönergesi’nin 8. maddesi uyarınca dağıtılacaktır. Bu form kapsamında belirtilen katkı oranları, buluşçular arasındaki pay</w:t>
            </w:r>
            <w:r>
              <w:rPr>
                <w:rFonts w:ascii="Arial" w:hAnsi="Arial" w:cs="Arial"/>
                <w:b/>
                <w:sz w:val="18"/>
                <w:szCs w:val="18"/>
              </w:rPr>
              <w:t xml:space="preserve"> dağılımı için esas alınacaktır)</w:t>
            </w:r>
          </w:p>
          <w:p w:rsidR="008A23C7" w:rsidRDefault="008A23C7" w:rsidP="000B2EEF">
            <w:pPr>
              <w:pStyle w:val="ListeParagraf"/>
              <w:ind w:left="0"/>
              <w:jc w:val="both"/>
              <w:rPr>
                <w:rFonts w:ascii="Arial" w:hAnsi="Arial" w:cs="Arial"/>
                <w:b/>
                <w:sz w:val="18"/>
                <w:szCs w:val="18"/>
              </w:rPr>
            </w:pPr>
          </w:p>
          <w:p w:rsidR="008A23C7" w:rsidRPr="000B2EEF" w:rsidRDefault="008A23C7" w:rsidP="000B2EEF">
            <w:pPr>
              <w:pStyle w:val="ListeParagraf"/>
              <w:ind w:left="0"/>
              <w:jc w:val="both"/>
              <w:rPr>
                <w:rFonts w:ascii="Arial" w:hAnsi="Arial" w:cs="Arial"/>
                <w:b/>
                <w:sz w:val="18"/>
                <w:szCs w:val="18"/>
              </w:rPr>
            </w:pPr>
          </w:p>
        </w:tc>
      </w:tr>
    </w:tbl>
    <w:p w:rsidR="009920D1" w:rsidRDefault="009920D1">
      <w:pPr>
        <w:rPr>
          <w:rFonts w:ascii="Arial" w:hAnsi="Arial" w:cs="Arial"/>
        </w:rPr>
      </w:pPr>
    </w:p>
    <w:p w:rsidR="00965182" w:rsidRDefault="00965182">
      <w:pPr>
        <w:rPr>
          <w:rFonts w:ascii="Arial" w:hAnsi="Arial" w:cs="Arial"/>
        </w:rPr>
      </w:pPr>
    </w:p>
    <w:p w:rsidR="008A23C7" w:rsidRDefault="008A23C7">
      <w:pPr>
        <w:rPr>
          <w:rFonts w:ascii="Arial" w:hAnsi="Arial" w:cs="Arial"/>
        </w:rPr>
      </w:pPr>
    </w:p>
    <w:p w:rsidR="008A23C7" w:rsidRDefault="008A23C7">
      <w:pPr>
        <w:rPr>
          <w:rFonts w:ascii="Arial" w:hAnsi="Arial" w:cs="Arial"/>
        </w:rPr>
      </w:pPr>
    </w:p>
    <w:p w:rsidR="008A23C7" w:rsidRPr="009920D1" w:rsidRDefault="008A23C7">
      <w:pPr>
        <w:rPr>
          <w:rFonts w:ascii="Arial" w:hAnsi="Arial" w:cs="Arial"/>
        </w:rPr>
      </w:pPr>
    </w:p>
    <w:p w:rsidR="00760CC5" w:rsidRPr="00B04B24" w:rsidRDefault="006312E8" w:rsidP="004679C5">
      <w:pPr>
        <w:pStyle w:val="Balk2"/>
        <w:numPr>
          <w:ilvl w:val="0"/>
          <w:numId w:val="10"/>
        </w:numPr>
        <w:rPr>
          <w:rFonts w:ascii="Arial" w:hAnsi="Arial" w:cs="Arial"/>
        </w:rPr>
      </w:pPr>
      <w:r w:rsidRPr="00B04B24">
        <w:rPr>
          <w:rFonts w:ascii="Arial" w:hAnsi="Arial" w:cs="Arial"/>
        </w:rPr>
        <w:t>Buluş ile İlgili Genel Bilgiler</w:t>
      </w:r>
    </w:p>
    <w:p w:rsidR="004679C5" w:rsidRPr="004679C5" w:rsidRDefault="004679C5" w:rsidP="004679C5">
      <w:pPr>
        <w:pStyle w:val="ListeParagraf"/>
      </w:pPr>
    </w:p>
    <w:tbl>
      <w:tblPr>
        <w:tblStyle w:val="TabloKlavuzu"/>
        <w:tblW w:w="9180" w:type="dxa"/>
        <w:tblLook w:val="04A0" w:firstRow="1" w:lastRow="0" w:firstColumn="1" w:lastColumn="0" w:noHBand="0" w:noVBand="1"/>
      </w:tblPr>
      <w:tblGrid>
        <w:gridCol w:w="3510"/>
        <w:gridCol w:w="5670"/>
      </w:tblGrid>
      <w:tr w:rsidR="00AD75E8" w:rsidTr="00B04B24">
        <w:tc>
          <w:tcPr>
            <w:tcW w:w="3510" w:type="dxa"/>
            <w:shd w:val="clear" w:color="auto" w:fill="DAEEF3" w:themeFill="accent5" w:themeFillTint="33"/>
          </w:tcPr>
          <w:p w:rsidR="00AD75E8" w:rsidRPr="00B04B24" w:rsidRDefault="00AD75E8" w:rsidP="008E6025">
            <w:pPr>
              <w:rPr>
                <w:rFonts w:ascii="Arial" w:hAnsi="Arial" w:cs="Arial"/>
              </w:rPr>
            </w:pPr>
            <w:r w:rsidRPr="00B04B24">
              <w:rPr>
                <w:rFonts w:ascii="Arial" w:hAnsi="Arial" w:cs="Arial"/>
                <w:b/>
              </w:rPr>
              <w:t>Buluş Başlığı:</w:t>
            </w:r>
            <w:r w:rsidRPr="00B04B24">
              <w:rPr>
                <w:rFonts w:ascii="Arial" w:hAnsi="Arial" w:cs="Arial"/>
              </w:rPr>
              <w:br/>
              <w:t>(Marka ifadesi içermeyen, kısa ve tanımlayıcı bir başlık yazınız.)</w:t>
            </w:r>
          </w:p>
          <w:p w:rsidR="00AD75E8" w:rsidRPr="00B04B24" w:rsidRDefault="00AD75E8">
            <w:pPr>
              <w:rPr>
                <w:rFonts w:ascii="Arial" w:hAnsi="Arial" w:cs="Arial"/>
              </w:rPr>
            </w:pPr>
          </w:p>
        </w:tc>
        <w:tc>
          <w:tcPr>
            <w:tcW w:w="5670" w:type="dxa"/>
          </w:tcPr>
          <w:p w:rsidR="00AD75E8" w:rsidRDefault="00AD75E8"/>
        </w:tc>
      </w:tr>
      <w:tr w:rsidR="00AD75E8" w:rsidTr="00B04B24">
        <w:tc>
          <w:tcPr>
            <w:tcW w:w="3510" w:type="dxa"/>
            <w:shd w:val="clear" w:color="auto" w:fill="DAEEF3" w:themeFill="accent5" w:themeFillTint="33"/>
          </w:tcPr>
          <w:p w:rsidR="00AD75E8" w:rsidRPr="00B04B24" w:rsidRDefault="00AD75E8" w:rsidP="008E6025">
            <w:pPr>
              <w:rPr>
                <w:rFonts w:ascii="Arial" w:hAnsi="Arial" w:cs="Arial"/>
              </w:rPr>
            </w:pPr>
            <w:r w:rsidRPr="00B04B24">
              <w:rPr>
                <w:rFonts w:ascii="Arial" w:hAnsi="Arial" w:cs="Arial"/>
                <w:b/>
              </w:rPr>
              <w:t>Anahtar Kelimeler:</w:t>
            </w:r>
            <w:r w:rsidRPr="00B04B24">
              <w:rPr>
                <w:rFonts w:ascii="Arial" w:hAnsi="Arial" w:cs="Arial"/>
              </w:rPr>
              <w:br/>
              <w:t>(En fazla 5 adet kelime yazınız.)</w:t>
            </w:r>
          </w:p>
          <w:p w:rsidR="00AD75E8" w:rsidRPr="00B04B24" w:rsidRDefault="00AD75E8">
            <w:pPr>
              <w:rPr>
                <w:rFonts w:ascii="Arial" w:hAnsi="Arial" w:cs="Arial"/>
              </w:rPr>
            </w:pPr>
          </w:p>
        </w:tc>
        <w:tc>
          <w:tcPr>
            <w:tcW w:w="5670" w:type="dxa"/>
          </w:tcPr>
          <w:p w:rsidR="00AD75E8" w:rsidRDefault="00AD75E8"/>
        </w:tc>
      </w:tr>
      <w:tr w:rsidR="00AD75E8" w:rsidTr="00B04B24">
        <w:tc>
          <w:tcPr>
            <w:tcW w:w="3510" w:type="dxa"/>
            <w:shd w:val="clear" w:color="auto" w:fill="DAEEF3" w:themeFill="accent5" w:themeFillTint="33"/>
          </w:tcPr>
          <w:p w:rsidR="00AD75E8" w:rsidRPr="00B04B24" w:rsidRDefault="00AD75E8" w:rsidP="008E6025">
            <w:pPr>
              <w:rPr>
                <w:rFonts w:ascii="Arial" w:hAnsi="Arial" w:cs="Arial"/>
              </w:rPr>
            </w:pPr>
            <w:r w:rsidRPr="00B04B24">
              <w:rPr>
                <w:rFonts w:ascii="Arial" w:hAnsi="Arial" w:cs="Arial"/>
                <w:b/>
              </w:rPr>
              <w:t>Buluşun İlgili Olduğu Teknik Alan / Sektör:</w:t>
            </w:r>
            <w:r w:rsidRPr="00B04B24">
              <w:rPr>
                <w:rFonts w:ascii="Arial" w:hAnsi="Arial" w:cs="Arial"/>
              </w:rPr>
              <w:br/>
              <w:t>(Ürün, yöntem veya teknoloji alanını belirtiniz.)</w:t>
            </w:r>
          </w:p>
          <w:p w:rsidR="00AD75E8" w:rsidRPr="00B04B24" w:rsidRDefault="00AD75E8">
            <w:pPr>
              <w:rPr>
                <w:rFonts w:ascii="Arial" w:hAnsi="Arial" w:cs="Arial"/>
              </w:rPr>
            </w:pPr>
          </w:p>
        </w:tc>
        <w:tc>
          <w:tcPr>
            <w:tcW w:w="5670" w:type="dxa"/>
          </w:tcPr>
          <w:p w:rsidR="00AD75E8" w:rsidRDefault="00AD75E8"/>
        </w:tc>
      </w:tr>
      <w:tr w:rsidR="008E6025" w:rsidTr="00B04B24">
        <w:tc>
          <w:tcPr>
            <w:tcW w:w="3510" w:type="dxa"/>
            <w:shd w:val="clear" w:color="auto" w:fill="DAEEF3" w:themeFill="accent5" w:themeFillTint="33"/>
          </w:tcPr>
          <w:p w:rsidR="008E6025" w:rsidRDefault="008E6025" w:rsidP="008E6025">
            <w:pPr>
              <w:rPr>
                <w:rFonts w:ascii="Arial" w:hAnsi="Arial" w:cs="Arial"/>
              </w:rPr>
            </w:pPr>
            <w:r w:rsidRPr="00B04B24">
              <w:rPr>
                <w:rFonts w:ascii="Arial" w:hAnsi="Arial" w:cs="Arial"/>
                <w:b/>
              </w:rPr>
              <w:t>Buluşun Geliştirilme Aşaması</w:t>
            </w:r>
            <w:r w:rsidRPr="00B04B24">
              <w:rPr>
                <w:rFonts w:ascii="Arial" w:hAnsi="Arial" w:cs="Arial"/>
              </w:rPr>
              <w:t xml:space="preserve"> (TRL – Teknoloji Hazırlık Seviyesi):</w:t>
            </w:r>
          </w:p>
          <w:p w:rsidR="00965182" w:rsidRPr="00B04B24" w:rsidRDefault="00965182" w:rsidP="008E6025">
            <w:pPr>
              <w:rPr>
                <w:rFonts w:ascii="Arial" w:hAnsi="Arial" w:cs="Arial"/>
              </w:rPr>
            </w:pPr>
          </w:p>
          <w:p w:rsidR="008E6025" w:rsidRPr="00B04B24" w:rsidRDefault="00965182" w:rsidP="00965182">
            <w:pPr>
              <w:rPr>
                <w:rFonts w:ascii="Arial" w:hAnsi="Arial" w:cs="Arial"/>
              </w:rPr>
            </w:pPr>
            <w:r>
              <w:rPr>
                <w:rFonts w:ascii="Arial" w:hAnsi="Arial" w:cs="Arial"/>
              </w:rPr>
              <w:t>İlgili alanları işaretleyiniz.</w:t>
            </w:r>
          </w:p>
        </w:tc>
        <w:tc>
          <w:tcPr>
            <w:tcW w:w="5670" w:type="dxa"/>
          </w:tcPr>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1: Temel prensiplerin tespiti</w:t>
            </w:r>
          </w:p>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2: Teknoloji kavramının formüle edilmesi</w:t>
            </w:r>
          </w:p>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3: Kavramın deneysel olarak kanıtlanması</w:t>
            </w:r>
          </w:p>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4: Laboratuvar ortamında doğrulama</w:t>
            </w:r>
          </w:p>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5: Gerçeğe yakın ortamda doğrulama</w:t>
            </w:r>
          </w:p>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6: Gerçeğe yakın ortamda demonstrasyon</w:t>
            </w:r>
          </w:p>
          <w:p w:rsidR="008E6025" w:rsidRPr="00B04B24" w:rsidRDefault="008E6025" w:rsidP="008E6025">
            <w:pPr>
              <w:rPr>
                <w:rFonts w:ascii="Arial" w:hAnsi="Arial" w:cs="Arial"/>
              </w:rPr>
            </w:pPr>
            <w:r w:rsidRPr="00B04B24">
              <w:rPr>
                <w:rFonts w:ascii="Segoe UI Symbol" w:hAnsi="Segoe UI Symbol" w:cs="Segoe UI Symbol"/>
              </w:rPr>
              <w:t>☐</w:t>
            </w:r>
            <w:r w:rsidRPr="00B04B24">
              <w:rPr>
                <w:rFonts w:ascii="Arial" w:hAnsi="Arial" w:cs="Arial"/>
              </w:rPr>
              <w:t xml:space="preserve"> TRL 7: Gerçek ortamda sistem prototipinin gösterimi</w:t>
            </w:r>
          </w:p>
          <w:p w:rsidR="008E6025" w:rsidRPr="00B04B24" w:rsidRDefault="008E6025" w:rsidP="008E6025">
            <w:pPr>
              <w:rPr>
                <w:rFonts w:ascii="Arial" w:hAnsi="Arial" w:cs="Arial"/>
              </w:rPr>
            </w:pPr>
            <w:r w:rsidRPr="00B04B24">
              <w:rPr>
                <w:rFonts w:ascii="Segoe UI Symbol" w:hAnsi="Segoe UI Symbol" w:cs="Segoe UI Symbol"/>
              </w:rPr>
              <w:t>☐</w:t>
            </w:r>
            <w:r w:rsidRPr="00B04B24">
              <w:rPr>
                <w:rFonts w:ascii="Arial" w:hAnsi="Arial" w:cs="Arial"/>
              </w:rPr>
              <w:t xml:space="preserve"> TRL 8: Sistem tamamlandı ve doğrulandı</w:t>
            </w:r>
          </w:p>
          <w:p w:rsidR="008E6025" w:rsidRPr="00B04B24" w:rsidRDefault="008E6025" w:rsidP="008E6025">
            <w:pPr>
              <w:pStyle w:val="ListeMaddemi"/>
              <w:numPr>
                <w:ilvl w:val="0"/>
                <w:numId w:val="0"/>
              </w:numPr>
              <w:ind w:left="360" w:hanging="360"/>
              <w:rPr>
                <w:rFonts w:ascii="Arial" w:hAnsi="Arial" w:cs="Arial"/>
              </w:rPr>
            </w:pPr>
            <w:r w:rsidRPr="00B04B24">
              <w:rPr>
                <w:rFonts w:ascii="Segoe UI Symbol" w:hAnsi="Segoe UI Symbol" w:cs="Segoe UI Symbol"/>
              </w:rPr>
              <w:t>☐</w:t>
            </w:r>
            <w:r w:rsidRPr="00B04B24">
              <w:rPr>
                <w:rFonts w:ascii="Arial" w:hAnsi="Arial" w:cs="Arial"/>
              </w:rPr>
              <w:t xml:space="preserve"> TRL 9: Gerçek ortamda uygulama</w:t>
            </w:r>
          </w:p>
          <w:p w:rsidR="008E6025" w:rsidRPr="00B04B24" w:rsidRDefault="008E6025">
            <w:pPr>
              <w:rPr>
                <w:rFonts w:ascii="Arial" w:hAnsi="Arial" w:cs="Arial"/>
              </w:rPr>
            </w:pPr>
          </w:p>
        </w:tc>
      </w:tr>
    </w:tbl>
    <w:p w:rsidR="008A23C7" w:rsidRDefault="008A23C7"/>
    <w:p w:rsidR="008A23C7" w:rsidRDefault="008A23C7"/>
    <w:p w:rsidR="008A23C7" w:rsidRDefault="008A23C7"/>
    <w:p w:rsidR="008E6025" w:rsidRPr="00B04B24" w:rsidRDefault="006312E8" w:rsidP="004679C5">
      <w:pPr>
        <w:pStyle w:val="Balk2"/>
        <w:numPr>
          <w:ilvl w:val="0"/>
          <w:numId w:val="10"/>
        </w:numPr>
        <w:rPr>
          <w:rFonts w:ascii="Arial" w:hAnsi="Arial" w:cs="Arial"/>
        </w:rPr>
      </w:pPr>
      <w:r w:rsidRPr="00B04B24">
        <w:rPr>
          <w:rFonts w:ascii="Arial" w:hAnsi="Arial" w:cs="Arial"/>
        </w:rPr>
        <w:t>Teknik Açıklamalar</w:t>
      </w:r>
    </w:p>
    <w:p w:rsidR="004679C5" w:rsidRPr="004679C5" w:rsidRDefault="004679C5" w:rsidP="008A23C7"/>
    <w:tbl>
      <w:tblPr>
        <w:tblStyle w:val="TabloKlavuzu"/>
        <w:tblW w:w="9180" w:type="dxa"/>
        <w:tblLook w:val="04A0" w:firstRow="1" w:lastRow="0" w:firstColumn="1" w:lastColumn="0" w:noHBand="0" w:noVBand="1"/>
      </w:tblPr>
      <w:tblGrid>
        <w:gridCol w:w="4390"/>
        <w:gridCol w:w="4790"/>
      </w:tblGrid>
      <w:tr w:rsidR="008E6025" w:rsidTr="00687C7B">
        <w:tc>
          <w:tcPr>
            <w:tcW w:w="4390" w:type="dxa"/>
            <w:shd w:val="clear" w:color="auto" w:fill="DAEEF3" w:themeFill="accent5" w:themeFillTint="33"/>
          </w:tcPr>
          <w:p w:rsidR="008E6025" w:rsidRPr="00B04B24" w:rsidRDefault="00E16D0F" w:rsidP="008E6025">
            <w:pPr>
              <w:rPr>
                <w:rFonts w:ascii="Arial" w:hAnsi="Arial" w:cs="Arial"/>
                <w:b/>
              </w:rPr>
            </w:pPr>
            <w:r w:rsidRPr="00B04B24">
              <w:rPr>
                <w:rFonts w:ascii="Arial" w:hAnsi="Arial" w:cs="Arial"/>
                <w:b/>
              </w:rPr>
              <w:t>Önceki Teknik b</w:t>
            </w:r>
            <w:r w:rsidR="008E6025" w:rsidRPr="00B04B24">
              <w:rPr>
                <w:rFonts w:ascii="Arial" w:hAnsi="Arial" w:cs="Arial"/>
                <w:b/>
              </w:rPr>
              <w:t>enze</w:t>
            </w:r>
            <w:r w:rsidRPr="00B04B24">
              <w:rPr>
                <w:rFonts w:ascii="Arial" w:hAnsi="Arial" w:cs="Arial"/>
                <w:b/>
              </w:rPr>
              <w:t>r ürünler, yöntemler, patentler</w:t>
            </w:r>
            <w:r w:rsidR="008E6025" w:rsidRPr="00B04B24">
              <w:rPr>
                <w:rFonts w:ascii="Arial" w:hAnsi="Arial" w:cs="Arial"/>
                <w:b/>
              </w:rPr>
              <w:t>:</w:t>
            </w:r>
          </w:p>
          <w:p w:rsidR="008E6025" w:rsidRPr="00B04B24" w:rsidRDefault="008E6025" w:rsidP="008E6025">
            <w:pPr>
              <w:rPr>
                <w:rFonts w:ascii="Arial" w:hAnsi="Arial" w:cs="Arial"/>
              </w:rPr>
            </w:pPr>
          </w:p>
        </w:tc>
        <w:tc>
          <w:tcPr>
            <w:tcW w:w="4790" w:type="dxa"/>
          </w:tcPr>
          <w:p w:rsidR="008E6025" w:rsidRDefault="008E6025" w:rsidP="008E6025"/>
        </w:tc>
      </w:tr>
      <w:tr w:rsidR="008E6025" w:rsidTr="00687C7B">
        <w:tc>
          <w:tcPr>
            <w:tcW w:w="4390" w:type="dxa"/>
            <w:shd w:val="clear" w:color="auto" w:fill="DAEEF3" w:themeFill="accent5" w:themeFillTint="33"/>
          </w:tcPr>
          <w:p w:rsidR="008E6025" w:rsidRPr="00B04B24" w:rsidRDefault="008E6025" w:rsidP="008E6025">
            <w:pPr>
              <w:rPr>
                <w:rFonts w:ascii="Arial" w:hAnsi="Arial" w:cs="Arial"/>
              </w:rPr>
            </w:pPr>
          </w:p>
          <w:p w:rsidR="008E6025" w:rsidRPr="00B04B24" w:rsidRDefault="008E6025" w:rsidP="008E6025">
            <w:pPr>
              <w:rPr>
                <w:rFonts w:ascii="Arial" w:hAnsi="Arial" w:cs="Arial"/>
                <w:b/>
              </w:rPr>
            </w:pPr>
            <w:r w:rsidRPr="00B04B24">
              <w:rPr>
                <w:rFonts w:ascii="Arial" w:hAnsi="Arial" w:cs="Arial"/>
                <w:b/>
              </w:rPr>
              <w:t>Önceki Teknikte Belirlenen Sorunlar:</w:t>
            </w:r>
          </w:p>
          <w:p w:rsidR="008E6025" w:rsidRPr="00B04B24" w:rsidRDefault="008E6025" w:rsidP="008E6025">
            <w:pPr>
              <w:rPr>
                <w:rFonts w:ascii="Arial" w:hAnsi="Arial" w:cs="Arial"/>
              </w:rPr>
            </w:pPr>
          </w:p>
        </w:tc>
        <w:tc>
          <w:tcPr>
            <w:tcW w:w="4790" w:type="dxa"/>
          </w:tcPr>
          <w:p w:rsidR="008E6025" w:rsidRDefault="008E6025" w:rsidP="008E6025"/>
        </w:tc>
      </w:tr>
      <w:tr w:rsidR="008E6025" w:rsidTr="00687C7B">
        <w:tc>
          <w:tcPr>
            <w:tcW w:w="4390" w:type="dxa"/>
            <w:shd w:val="clear" w:color="auto" w:fill="DAEEF3" w:themeFill="accent5" w:themeFillTint="33"/>
          </w:tcPr>
          <w:p w:rsidR="008E6025" w:rsidRPr="00B04B24" w:rsidRDefault="008E6025" w:rsidP="008E6025">
            <w:pPr>
              <w:rPr>
                <w:rFonts w:ascii="Arial" w:hAnsi="Arial" w:cs="Arial"/>
              </w:rPr>
            </w:pPr>
          </w:p>
          <w:p w:rsidR="008E6025" w:rsidRPr="00B04B24" w:rsidRDefault="008E6025" w:rsidP="008E6025">
            <w:pPr>
              <w:rPr>
                <w:rFonts w:ascii="Arial" w:hAnsi="Arial" w:cs="Arial"/>
                <w:b/>
              </w:rPr>
            </w:pPr>
            <w:r w:rsidRPr="00B04B24">
              <w:rPr>
                <w:rFonts w:ascii="Arial" w:hAnsi="Arial" w:cs="Arial"/>
                <w:b/>
              </w:rPr>
              <w:t>Buluş ile Elde Edilen Yenilik / Faydalar:</w:t>
            </w:r>
          </w:p>
          <w:p w:rsidR="008E6025" w:rsidRPr="00B04B24" w:rsidRDefault="008E6025" w:rsidP="008E6025">
            <w:pPr>
              <w:rPr>
                <w:rFonts w:ascii="Arial" w:hAnsi="Arial" w:cs="Arial"/>
              </w:rPr>
            </w:pPr>
          </w:p>
        </w:tc>
        <w:tc>
          <w:tcPr>
            <w:tcW w:w="4790" w:type="dxa"/>
          </w:tcPr>
          <w:p w:rsidR="008E6025" w:rsidRDefault="008E6025" w:rsidP="008E6025"/>
        </w:tc>
      </w:tr>
      <w:tr w:rsidR="008E6025" w:rsidTr="00687C7B">
        <w:tc>
          <w:tcPr>
            <w:tcW w:w="4390" w:type="dxa"/>
            <w:shd w:val="clear" w:color="auto" w:fill="DAEEF3" w:themeFill="accent5" w:themeFillTint="33"/>
          </w:tcPr>
          <w:p w:rsidR="008E6025" w:rsidRPr="00B04B24" w:rsidRDefault="008E6025" w:rsidP="008E6025">
            <w:pPr>
              <w:rPr>
                <w:rFonts w:ascii="Arial" w:hAnsi="Arial" w:cs="Arial"/>
              </w:rPr>
            </w:pPr>
            <w:r w:rsidRPr="00B04B24">
              <w:rPr>
                <w:rFonts w:ascii="Arial" w:hAnsi="Arial" w:cs="Arial"/>
                <w:b/>
              </w:rPr>
              <w:t>Buluşa İlişkin Detaylı Teknik Açıklama:</w:t>
            </w:r>
            <w:r w:rsidRPr="00B04B24">
              <w:rPr>
                <w:rFonts w:ascii="Arial" w:hAnsi="Arial" w:cs="Arial"/>
              </w:rPr>
              <w:br/>
              <w:t>(Ürün veya yöntemse bileşenlerini, aşamalarını ve işlevlerini belirtiniz.)</w:t>
            </w:r>
          </w:p>
          <w:p w:rsidR="008E6025" w:rsidRPr="00B04B24" w:rsidRDefault="008E6025" w:rsidP="008E6025">
            <w:pPr>
              <w:rPr>
                <w:rFonts w:ascii="Arial" w:hAnsi="Arial" w:cs="Arial"/>
              </w:rPr>
            </w:pPr>
          </w:p>
        </w:tc>
        <w:tc>
          <w:tcPr>
            <w:tcW w:w="4790" w:type="dxa"/>
          </w:tcPr>
          <w:p w:rsidR="008E6025" w:rsidRDefault="008E6025" w:rsidP="008E6025"/>
        </w:tc>
      </w:tr>
      <w:tr w:rsidR="008E6025" w:rsidTr="00687C7B">
        <w:tc>
          <w:tcPr>
            <w:tcW w:w="4390" w:type="dxa"/>
            <w:shd w:val="clear" w:color="auto" w:fill="DAEEF3" w:themeFill="accent5" w:themeFillTint="33"/>
          </w:tcPr>
          <w:p w:rsidR="008E6025" w:rsidRPr="00B04B24" w:rsidRDefault="008E6025" w:rsidP="008E6025">
            <w:pPr>
              <w:rPr>
                <w:rFonts w:ascii="Arial" w:hAnsi="Arial" w:cs="Arial"/>
              </w:rPr>
            </w:pPr>
          </w:p>
          <w:p w:rsidR="008E6025" w:rsidRPr="00B04B24" w:rsidRDefault="008E6025" w:rsidP="008E6025">
            <w:pPr>
              <w:rPr>
                <w:rFonts w:ascii="Arial" w:hAnsi="Arial" w:cs="Arial"/>
              </w:rPr>
            </w:pPr>
            <w:r w:rsidRPr="00B04B24">
              <w:rPr>
                <w:rFonts w:ascii="Arial" w:hAnsi="Arial" w:cs="Arial"/>
                <w:b/>
              </w:rPr>
              <w:t>Teknik Resim / Şema / Akış Diyagramı</w:t>
            </w:r>
            <w:r w:rsidRPr="00B04B24">
              <w:rPr>
                <w:rFonts w:ascii="Arial" w:hAnsi="Arial" w:cs="Arial"/>
              </w:rPr>
              <w:t xml:space="preserve"> (varsa ekleyiniz):</w:t>
            </w:r>
          </w:p>
          <w:p w:rsidR="008E6025" w:rsidRPr="00B04B24" w:rsidRDefault="008E6025" w:rsidP="008E6025">
            <w:pPr>
              <w:rPr>
                <w:rFonts w:ascii="Arial" w:hAnsi="Arial" w:cs="Arial"/>
              </w:rPr>
            </w:pPr>
          </w:p>
        </w:tc>
        <w:tc>
          <w:tcPr>
            <w:tcW w:w="4790" w:type="dxa"/>
          </w:tcPr>
          <w:p w:rsidR="008E6025" w:rsidRDefault="008E6025" w:rsidP="008E6025"/>
        </w:tc>
      </w:tr>
    </w:tbl>
    <w:p w:rsidR="008E6025" w:rsidRDefault="008E6025" w:rsidP="008E6025"/>
    <w:p w:rsidR="004679C5" w:rsidRPr="00B04B24" w:rsidRDefault="006312E8" w:rsidP="00B04B24">
      <w:pPr>
        <w:pStyle w:val="Balk2"/>
        <w:numPr>
          <w:ilvl w:val="0"/>
          <w:numId w:val="10"/>
        </w:numPr>
        <w:rPr>
          <w:rFonts w:ascii="Arial" w:hAnsi="Arial" w:cs="Arial"/>
        </w:rPr>
      </w:pPr>
      <w:r w:rsidRPr="00B04B24">
        <w:rPr>
          <w:rFonts w:ascii="Arial" w:hAnsi="Arial" w:cs="Arial"/>
        </w:rPr>
        <w:t>Buluşun Ticarileşme Potansiyeli</w:t>
      </w:r>
      <w:r w:rsidR="00B04B24" w:rsidRPr="00B04B24">
        <w:rPr>
          <w:rFonts w:ascii="Arial" w:hAnsi="Arial" w:cs="Arial"/>
        </w:rPr>
        <w:br/>
      </w:r>
    </w:p>
    <w:tbl>
      <w:tblPr>
        <w:tblStyle w:val="TabloKlavuzu"/>
        <w:tblW w:w="9180" w:type="dxa"/>
        <w:tblLook w:val="04A0" w:firstRow="1" w:lastRow="0" w:firstColumn="1" w:lastColumn="0" w:noHBand="0" w:noVBand="1"/>
      </w:tblPr>
      <w:tblGrid>
        <w:gridCol w:w="4390"/>
        <w:gridCol w:w="4790"/>
      </w:tblGrid>
      <w:tr w:rsidR="008E6025" w:rsidTr="00687C7B">
        <w:tc>
          <w:tcPr>
            <w:tcW w:w="4390" w:type="dxa"/>
            <w:shd w:val="clear" w:color="auto" w:fill="DAEEF3" w:themeFill="accent5" w:themeFillTint="33"/>
          </w:tcPr>
          <w:p w:rsidR="008E6025" w:rsidRPr="00B04B24" w:rsidRDefault="008E6025" w:rsidP="008E6025">
            <w:pPr>
              <w:rPr>
                <w:rFonts w:ascii="Arial" w:hAnsi="Arial" w:cs="Arial"/>
                <w:b/>
              </w:rPr>
            </w:pPr>
            <w:r w:rsidRPr="00B04B24">
              <w:rPr>
                <w:rFonts w:ascii="Arial" w:hAnsi="Arial" w:cs="Arial"/>
                <w:b/>
              </w:rPr>
              <w:t>Buluşunuzun sanayiye veya sektöre uygulanabilirliği:</w:t>
            </w:r>
          </w:p>
          <w:p w:rsidR="008E6025" w:rsidRPr="00B04B24" w:rsidRDefault="008E6025" w:rsidP="008E6025">
            <w:pPr>
              <w:rPr>
                <w:rFonts w:ascii="Arial" w:hAnsi="Arial" w:cs="Arial"/>
              </w:rPr>
            </w:pPr>
          </w:p>
        </w:tc>
        <w:tc>
          <w:tcPr>
            <w:tcW w:w="4790" w:type="dxa"/>
          </w:tcPr>
          <w:p w:rsidR="008E6025" w:rsidRDefault="008E6025" w:rsidP="008E6025"/>
        </w:tc>
      </w:tr>
      <w:tr w:rsidR="008E6025" w:rsidTr="00687C7B">
        <w:tc>
          <w:tcPr>
            <w:tcW w:w="4390" w:type="dxa"/>
            <w:shd w:val="clear" w:color="auto" w:fill="DAEEF3" w:themeFill="accent5" w:themeFillTint="33"/>
          </w:tcPr>
          <w:p w:rsidR="008E6025" w:rsidRPr="00B04B24" w:rsidRDefault="008E6025" w:rsidP="008E6025">
            <w:pPr>
              <w:rPr>
                <w:rFonts w:ascii="Arial" w:hAnsi="Arial" w:cs="Arial"/>
                <w:b/>
              </w:rPr>
            </w:pPr>
            <w:r w:rsidRPr="00B04B24">
              <w:rPr>
                <w:rFonts w:ascii="Arial" w:hAnsi="Arial" w:cs="Arial"/>
                <w:b/>
              </w:rPr>
              <w:t>Olası kullanım alanları / ilgili firmalar:</w:t>
            </w:r>
          </w:p>
          <w:p w:rsidR="008E6025" w:rsidRPr="00B04B24" w:rsidRDefault="008E6025" w:rsidP="008E6025">
            <w:pPr>
              <w:rPr>
                <w:rFonts w:ascii="Arial" w:hAnsi="Arial" w:cs="Arial"/>
              </w:rPr>
            </w:pPr>
          </w:p>
        </w:tc>
        <w:tc>
          <w:tcPr>
            <w:tcW w:w="4790" w:type="dxa"/>
          </w:tcPr>
          <w:p w:rsidR="008E6025" w:rsidRDefault="008E6025" w:rsidP="008E6025"/>
        </w:tc>
      </w:tr>
      <w:tr w:rsidR="008E6025" w:rsidTr="00687C7B">
        <w:trPr>
          <w:trHeight w:val="218"/>
        </w:trPr>
        <w:tc>
          <w:tcPr>
            <w:tcW w:w="4390" w:type="dxa"/>
            <w:shd w:val="clear" w:color="auto" w:fill="DAEEF3" w:themeFill="accent5" w:themeFillTint="33"/>
          </w:tcPr>
          <w:p w:rsidR="008E6025" w:rsidRPr="00B04B24" w:rsidRDefault="008E6025" w:rsidP="008E6025">
            <w:pPr>
              <w:rPr>
                <w:rFonts w:ascii="Arial" w:hAnsi="Arial" w:cs="Arial"/>
                <w:b/>
              </w:rPr>
            </w:pPr>
            <w:r w:rsidRPr="00B04B24">
              <w:rPr>
                <w:rFonts w:ascii="Arial" w:hAnsi="Arial" w:cs="Arial"/>
                <w:b/>
              </w:rPr>
              <w:t>Buluşun ticari potansiyeline ilişkin değerlendirmeniz:</w:t>
            </w:r>
          </w:p>
          <w:p w:rsidR="00E16D0F" w:rsidRPr="00B04B24" w:rsidRDefault="00E16D0F" w:rsidP="008E6025">
            <w:pPr>
              <w:rPr>
                <w:rFonts w:ascii="Arial" w:hAnsi="Arial" w:cs="Arial"/>
                <w:b/>
              </w:rPr>
            </w:pPr>
          </w:p>
        </w:tc>
        <w:tc>
          <w:tcPr>
            <w:tcW w:w="4790" w:type="dxa"/>
          </w:tcPr>
          <w:p w:rsidR="008E6025" w:rsidRDefault="008E6025" w:rsidP="008E6025"/>
        </w:tc>
      </w:tr>
    </w:tbl>
    <w:p w:rsidR="00B04B24" w:rsidRDefault="00B04B24" w:rsidP="00B04B24">
      <w:pPr>
        <w:pStyle w:val="Balk2"/>
        <w:ind w:left="644"/>
        <w:rPr>
          <w:rFonts w:ascii="Arial" w:hAnsi="Arial" w:cs="Arial"/>
        </w:rPr>
      </w:pPr>
    </w:p>
    <w:p w:rsidR="00965182" w:rsidRDefault="00965182" w:rsidP="00965182"/>
    <w:p w:rsidR="00965182" w:rsidRDefault="00965182" w:rsidP="00965182"/>
    <w:p w:rsidR="00965182" w:rsidRDefault="00965182" w:rsidP="00965182"/>
    <w:p w:rsidR="00965182" w:rsidRDefault="00965182" w:rsidP="00965182"/>
    <w:p w:rsidR="008A23C7" w:rsidRDefault="008A23C7" w:rsidP="00965182"/>
    <w:p w:rsidR="008A23C7" w:rsidRDefault="008A23C7" w:rsidP="00965182"/>
    <w:p w:rsidR="008A23C7" w:rsidRDefault="008A23C7" w:rsidP="00965182"/>
    <w:p w:rsidR="008A23C7" w:rsidRDefault="008A23C7" w:rsidP="00965182"/>
    <w:p w:rsidR="008A23C7" w:rsidRDefault="008A23C7" w:rsidP="00965182"/>
    <w:p w:rsidR="008A23C7" w:rsidRDefault="008A23C7" w:rsidP="00965182"/>
    <w:p w:rsidR="00965182" w:rsidRPr="00965182" w:rsidRDefault="00965182" w:rsidP="00965182"/>
    <w:p w:rsidR="00760CC5" w:rsidRPr="00B04B24" w:rsidRDefault="006312E8" w:rsidP="00B04B24">
      <w:pPr>
        <w:pStyle w:val="Balk2"/>
        <w:numPr>
          <w:ilvl w:val="0"/>
          <w:numId w:val="10"/>
        </w:numPr>
        <w:rPr>
          <w:rFonts w:ascii="Arial" w:hAnsi="Arial" w:cs="Arial"/>
        </w:rPr>
      </w:pPr>
      <w:r w:rsidRPr="00B04B24">
        <w:rPr>
          <w:rFonts w:ascii="Arial" w:hAnsi="Arial" w:cs="Arial"/>
        </w:rPr>
        <w:lastRenderedPageBreak/>
        <w:t>Proje ve Finansman Bilgileri</w:t>
      </w:r>
    </w:p>
    <w:p w:rsidR="004679C5" w:rsidRPr="004679C5" w:rsidRDefault="004679C5" w:rsidP="004679C5">
      <w:pPr>
        <w:pStyle w:val="ListeParagraf"/>
      </w:pPr>
    </w:p>
    <w:tbl>
      <w:tblPr>
        <w:tblStyle w:val="TabloKlavuzu"/>
        <w:tblW w:w="9180" w:type="dxa"/>
        <w:tblLook w:val="04A0" w:firstRow="1" w:lastRow="0" w:firstColumn="1" w:lastColumn="0" w:noHBand="0" w:noVBand="1"/>
      </w:tblPr>
      <w:tblGrid>
        <w:gridCol w:w="9180"/>
      </w:tblGrid>
      <w:tr w:rsidR="008E6025" w:rsidTr="00687C7B">
        <w:trPr>
          <w:trHeight w:val="2603"/>
        </w:trPr>
        <w:tc>
          <w:tcPr>
            <w:tcW w:w="9180" w:type="dxa"/>
            <w:shd w:val="clear" w:color="auto" w:fill="DAEEF3" w:themeFill="accent5" w:themeFillTint="33"/>
          </w:tcPr>
          <w:p w:rsidR="00E16D0F" w:rsidRPr="00B04B24" w:rsidRDefault="008E6025" w:rsidP="008E6025">
            <w:pPr>
              <w:rPr>
                <w:rFonts w:ascii="Arial" w:hAnsi="Arial" w:cs="Arial"/>
              </w:rPr>
            </w:pPr>
            <w:r w:rsidRPr="00B04B24">
              <w:rPr>
                <w:rFonts w:ascii="Arial" w:hAnsi="Arial" w:cs="Arial"/>
                <w:b/>
              </w:rPr>
              <w:t>Buluş bir destek projesi kapsamında mı geliştirildi?</w:t>
            </w:r>
          </w:p>
          <w:p w:rsidR="008E6025" w:rsidRPr="00B04B24" w:rsidRDefault="008E6025" w:rsidP="008E6025">
            <w:pPr>
              <w:rPr>
                <w:rFonts w:ascii="Arial" w:hAnsi="Arial" w:cs="Arial"/>
              </w:rPr>
            </w:pPr>
            <w:r w:rsidRPr="00B04B24">
              <w:rPr>
                <w:rFonts w:ascii="Arial" w:hAnsi="Arial" w:cs="Arial"/>
              </w:rPr>
              <w:br/>
            </w:r>
            <w:r w:rsidR="002D42AE" w:rsidRPr="00B04B24">
              <w:rPr>
                <w:rFonts w:ascii="Segoe UI Symbol" w:hAnsi="Segoe UI Symbol" w:cs="Segoe UI Symbol"/>
              </w:rPr>
              <w:t>☐</w:t>
            </w:r>
            <w:r w:rsidR="002D42AE" w:rsidRPr="00B04B24">
              <w:rPr>
                <w:rFonts w:ascii="Arial" w:hAnsi="Arial" w:cs="Arial"/>
              </w:rPr>
              <w:t xml:space="preserve"> </w:t>
            </w:r>
            <w:r w:rsidR="002D42AE" w:rsidRPr="00B8602C">
              <w:rPr>
                <w:rFonts w:ascii="Arial" w:hAnsi="Arial" w:cs="Arial"/>
                <w:b/>
              </w:rPr>
              <w:t>Evet</w:t>
            </w:r>
            <w:r w:rsidR="00E16D0F" w:rsidRPr="00B04B24">
              <w:rPr>
                <w:rFonts w:ascii="Arial" w:hAnsi="Arial" w:cs="Arial"/>
              </w:rPr>
              <w:t xml:space="preserve"> </w:t>
            </w:r>
            <w:r w:rsidR="00E16D0F" w:rsidRPr="00B04B24">
              <w:rPr>
                <w:rFonts w:ascii="Segoe UI Symbol" w:hAnsi="Segoe UI Symbol" w:cs="Segoe UI Symbol"/>
              </w:rPr>
              <w:t>☐</w:t>
            </w:r>
            <w:r w:rsidRPr="00B04B24">
              <w:rPr>
                <w:rFonts w:ascii="Arial" w:hAnsi="Arial" w:cs="Arial"/>
              </w:rPr>
              <w:t xml:space="preserve"> </w:t>
            </w:r>
            <w:r w:rsidRPr="00B04B24">
              <w:rPr>
                <w:rFonts w:ascii="Arial" w:hAnsi="Arial" w:cs="Arial"/>
                <w:b/>
              </w:rPr>
              <w:t>Hayır</w:t>
            </w:r>
          </w:p>
          <w:p w:rsidR="008E6025" w:rsidRPr="00B04B24" w:rsidRDefault="008E6025" w:rsidP="008E6025">
            <w:pPr>
              <w:rPr>
                <w:rFonts w:ascii="Arial" w:hAnsi="Arial" w:cs="Arial"/>
              </w:rPr>
            </w:pPr>
          </w:p>
          <w:p w:rsidR="008E6025" w:rsidRPr="00B04B24" w:rsidRDefault="008E6025" w:rsidP="008E6025">
            <w:pPr>
              <w:rPr>
                <w:rFonts w:ascii="Arial" w:hAnsi="Arial" w:cs="Arial"/>
              </w:rPr>
            </w:pPr>
            <w:r w:rsidRPr="00B04B24">
              <w:rPr>
                <w:rFonts w:ascii="Arial" w:hAnsi="Arial" w:cs="Arial"/>
                <w:b/>
              </w:rPr>
              <w:t>Proje Türü:</w:t>
            </w:r>
            <w:r w:rsidRPr="00B04B24">
              <w:rPr>
                <w:rFonts w:ascii="Arial" w:hAnsi="Arial" w:cs="Arial"/>
              </w:rPr>
              <w:t xml:space="preserve"> </w:t>
            </w:r>
            <w:r w:rsidR="002D42AE" w:rsidRPr="00B04B24">
              <w:rPr>
                <w:rFonts w:ascii="Segoe UI Symbol" w:hAnsi="Segoe UI Symbol" w:cs="Segoe UI Symbol"/>
              </w:rPr>
              <w:t>☐</w:t>
            </w:r>
            <w:r w:rsidR="002D42AE" w:rsidRPr="00B04B24">
              <w:rPr>
                <w:rFonts w:ascii="Arial" w:hAnsi="Arial" w:cs="Arial"/>
              </w:rPr>
              <w:t xml:space="preserve"> BAP</w:t>
            </w:r>
            <w:r w:rsidRPr="00B04B24">
              <w:rPr>
                <w:rFonts w:ascii="Arial" w:hAnsi="Arial" w:cs="Arial"/>
              </w:rPr>
              <w:t xml:space="preserve"> </w:t>
            </w:r>
            <w:r w:rsidR="002D42AE" w:rsidRPr="00B04B24">
              <w:rPr>
                <w:rFonts w:ascii="Segoe UI Symbol" w:hAnsi="Segoe UI Symbol" w:cs="Segoe UI Symbol"/>
              </w:rPr>
              <w:t>☐</w:t>
            </w:r>
            <w:r w:rsidR="002D42AE" w:rsidRPr="00B04B24">
              <w:rPr>
                <w:rFonts w:ascii="Arial" w:hAnsi="Arial" w:cs="Arial"/>
              </w:rPr>
              <w:t xml:space="preserve"> TÜBİTAK</w:t>
            </w:r>
            <w:r w:rsidRPr="00B04B24">
              <w:rPr>
                <w:rFonts w:ascii="Arial" w:hAnsi="Arial" w:cs="Arial"/>
              </w:rPr>
              <w:t xml:space="preserve"> </w:t>
            </w:r>
            <w:r w:rsidR="002D42AE" w:rsidRPr="00B04B24">
              <w:rPr>
                <w:rFonts w:ascii="Segoe UI Symbol" w:hAnsi="Segoe UI Symbol" w:cs="Segoe UI Symbol"/>
              </w:rPr>
              <w:t>☐</w:t>
            </w:r>
            <w:r w:rsidR="002D42AE" w:rsidRPr="00B04B24">
              <w:rPr>
                <w:rFonts w:ascii="Arial" w:hAnsi="Arial" w:cs="Arial"/>
              </w:rPr>
              <w:t xml:space="preserve"> SANTEZ</w:t>
            </w:r>
            <w:r w:rsidRPr="00B04B24">
              <w:rPr>
                <w:rFonts w:ascii="Arial" w:hAnsi="Arial" w:cs="Arial"/>
              </w:rPr>
              <w:t xml:space="preserve"> </w:t>
            </w:r>
            <w:r w:rsidR="002D42AE" w:rsidRPr="00B04B24">
              <w:rPr>
                <w:rFonts w:ascii="Segoe UI Symbol" w:hAnsi="Segoe UI Symbol" w:cs="Segoe UI Symbol"/>
              </w:rPr>
              <w:t>☐</w:t>
            </w:r>
            <w:r w:rsidR="002D42AE" w:rsidRPr="00B04B24">
              <w:rPr>
                <w:rFonts w:ascii="Arial" w:hAnsi="Arial" w:cs="Arial"/>
              </w:rPr>
              <w:t xml:space="preserve"> AB</w:t>
            </w:r>
            <w:r w:rsidRPr="00B04B24">
              <w:rPr>
                <w:rFonts w:ascii="Arial" w:hAnsi="Arial" w:cs="Arial"/>
              </w:rPr>
              <w:t xml:space="preserve"> / Horizon </w:t>
            </w:r>
            <w:r w:rsidR="002D42AE" w:rsidRPr="00B04B24">
              <w:rPr>
                <w:rFonts w:ascii="Segoe UI Symbol" w:hAnsi="Segoe UI Symbol" w:cs="Segoe UI Symbol"/>
              </w:rPr>
              <w:t>☐</w:t>
            </w:r>
            <w:r w:rsidR="002D42AE" w:rsidRPr="00B04B24">
              <w:rPr>
                <w:rFonts w:ascii="Arial" w:hAnsi="Arial" w:cs="Arial"/>
              </w:rPr>
              <w:t xml:space="preserve"> Diğer</w:t>
            </w:r>
            <w:r w:rsidRPr="00B04B24">
              <w:rPr>
                <w:rFonts w:ascii="Arial" w:hAnsi="Arial" w:cs="Arial"/>
              </w:rPr>
              <w:t>: ______</w:t>
            </w:r>
          </w:p>
          <w:p w:rsidR="008E6025" w:rsidRPr="00B04B24" w:rsidRDefault="008E6025" w:rsidP="008E6025">
            <w:pPr>
              <w:rPr>
                <w:rFonts w:ascii="Arial" w:hAnsi="Arial" w:cs="Arial"/>
              </w:rPr>
            </w:pPr>
          </w:p>
          <w:p w:rsidR="008E6025" w:rsidRPr="00B04B24" w:rsidRDefault="008E6025" w:rsidP="008E6025">
            <w:pPr>
              <w:rPr>
                <w:rFonts w:ascii="Arial" w:hAnsi="Arial" w:cs="Arial"/>
              </w:rPr>
            </w:pPr>
            <w:r w:rsidRPr="00B04B24">
              <w:rPr>
                <w:rFonts w:ascii="Arial" w:hAnsi="Arial" w:cs="Arial"/>
                <w:b/>
              </w:rPr>
              <w:t>Proje Adı / No / Süresi:</w:t>
            </w:r>
            <w:r w:rsidRPr="00B04B24">
              <w:rPr>
                <w:rFonts w:ascii="Arial" w:hAnsi="Arial" w:cs="Arial"/>
              </w:rPr>
              <w:t xml:space="preserve"> _____________________________</w:t>
            </w:r>
          </w:p>
          <w:p w:rsidR="008E6025" w:rsidRDefault="008E6025" w:rsidP="008E6025"/>
        </w:tc>
      </w:tr>
    </w:tbl>
    <w:p w:rsidR="008E6025" w:rsidRPr="008E6025" w:rsidRDefault="008E6025" w:rsidP="008E6025"/>
    <w:p w:rsidR="008E6025" w:rsidRPr="00B04B24" w:rsidRDefault="006312E8" w:rsidP="004679C5">
      <w:pPr>
        <w:pStyle w:val="Balk2"/>
        <w:numPr>
          <w:ilvl w:val="0"/>
          <w:numId w:val="10"/>
        </w:numPr>
        <w:rPr>
          <w:rFonts w:ascii="Arial" w:hAnsi="Arial" w:cs="Arial"/>
        </w:rPr>
      </w:pPr>
      <w:r w:rsidRPr="00B04B24">
        <w:rPr>
          <w:rFonts w:ascii="Arial" w:hAnsi="Arial" w:cs="Arial"/>
        </w:rPr>
        <w:t>Kamuya Açıklanma Durumu</w:t>
      </w:r>
    </w:p>
    <w:p w:rsidR="004679C5" w:rsidRPr="00B04B24" w:rsidRDefault="004679C5" w:rsidP="004679C5">
      <w:pPr>
        <w:pStyle w:val="ListeParagraf"/>
        <w:rPr>
          <w:rFonts w:ascii="Arial" w:hAnsi="Arial" w:cs="Arial"/>
        </w:rPr>
      </w:pPr>
    </w:p>
    <w:tbl>
      <w:tblPr>
        <w:tblStyle w:val="TabloKlavuzu"/>
        <w:tblW w:w="9180" w:type="dxa"/>
        <w:tblLook w:val="04A0" w:firstRow="1" w:lastRow="0" w:firstColumn="1" w:lastColumn="0" w:noHBand="0" w:noVBand="1"/>
      </w:tblPr>
      <w:tblGrid>
        <w:gridCol w:w="9180"/>
      </w:tblGrid>
      <w:tr w:rsidR="008E6025" w:rsidRPr="00B04B24" w:rsidTr="00687C7B">
        <w:trPr>
          <w:trHeight w:val="1876"/>
        </w:trPr>
        <w:tc>
          <w:tcPr>
            <w:tcW w:w="9180" w:type="dxa"/>
            <w:shd w:val="clear" w:color="auto" w:fill="DAEEF3" w:themeFill="accent5" w:themeFillTint="33"/>
          </w:tcPr>
          <w:p w:rsidR="002D42AE" w:rsidRPr="00B04B24" w:rsidRDefault="008E6025" w:rsidP="008E6025">
            <w:pPr>
              <w:rPr>
                <w:rFonts w:ascii="Arial" w:hAnsi="Arial" w:cs="Arial"/>
                <w:b/>
              </w:rPr>
            </w:pPr>
            <w:r w:rsidRPr="00B04B24">
              <w:rPr>
                <w:rFonts w:ascii="Arial" w:hAnsi="Arial" w:cs="Arial"/>
                <w:b/>
              </w:rPr>
              <w:t>Buluşunuzun sözlü veya yazılı olarak kamuya ifşası oldu mu?</w:t>
            </w:r>
          </w:p>
          <w:p w:rsidR="008E6025" w:rsidRPr="00B04B24" w:rsidRDefault="008E6025" w:rsidP="008E6025">
            <w:pPr>
              <w:rPr>
                <w:rFonts w:ascii="Arial" w:hAnsi="Arial" w:cs="Arial"/>
              </w:rPr>
            </w:pPr>
            <w:r w:rsidRPr="00B04B24">
              <w:rPr>
                <w:rFonts w:ascii="Arial" w:hAnsi="Arial" w:cs="Arial"/>
              </w:rPr>
              <w:br/>
            </w:r>
            <w:r w:rsidRPr="00B04B24">
              <w:rPr>
                <w:rFonts w:ascii="Segoe UI Symbol" w:hAnsi="Segoe UI Symbol" w:cs="Segoe UI Symbol"/>
              </w:rPr>
              <w:t>☐</w:t>
            </w:r>
            <w:r w:rsidRPr="00B04B24">
              <w:rPr>
                <w:rFonts w:ascii="Arial" w:hAnsi="Arial" w:cs="Arial"/>
              </w:rPr>
              <w:t xml:space="preserve"> </w:t>
            </w:r>
            <w:r w:rsidR="002D42AE" w:rsidRPr="00B04B24">
              <w:rPr>
                <w:rFonts w:ascii="Arial" w:hAnsi="Arial" w:cs="Arial"/>
              </w:rPr>
              <w:t xml:space="preserve"> </w:t>
            </w:r>
            <w:r w:rsidR="002D42AE" w:rsidRPr="00B04B24">
              <w:rPr>
                <w:rFonts w:ascii="Arial" w:hAnsi="Arial" w:cs="Arial"/>
                <w:b/>
              </w:rPr>
              <w:t>Hayır</w:t>
            </w:r>
            <w:r w:rsidR="002D42AE" w:rsidRPr="00B04B24">
              <w:rPr>
                <w:rFonts w:ascii="Arial" w:hAnsi="Arial" w:cs="Arial"/>
              </w:rPr>
              <w:t xml:space="preserve"> </w:t>
            </w:r>
            <w:r w:rsidR="002D42AE" w:rsidRPr="00B04B24">
              <w:rPr>
                <w:rFonts w:ascii="Segoe UI Symbol" w:hAnsi="Segoe UI Symbol" w:cs="Segoe UI Symbol"/>
              </w:rPr>
              <w:t>☐</w:t>
            </w:r>
            <w:r w:rsidRPr="00B04B24">
              <w:rPr>
                <w:rFonts w:ascii="Arial" w:hAnsi="Arial" w:cs="Arial"/>
              </w:rPr>
              <w:t xml:space="preserve"> </w:t>
            </w:r>
            <w:r w:rsidRPr="00B04B24">
              <w:rPr>
                <w:rFonts w:ascii="Arial" w:hAnsi="Arial" w:cs="Arial"/>
                <w:b/>
              </w:rPr>
              <w:t>Evet</w:t>
            </w:r>
            <w:r w:rsidRPr="00B04B24">
              <w:rPr>
                <w:rFonts w:ascii="Arial" w:hAnsi="Arial" w:cs="Arial"/>
              </w:rPr>
              <w:t xml:space="preserve"> </w:t>
            </w:r>
            <w:r w:rsidRPr="00B04B24">
              <w:rPr>
                <w:rFonts w:ascii="Arial" w:hAnsi="Arial" w:cs="Arial"/>
                <w:u w:val="single"/>
              </w:rPr>
              <w:t>→ Nerede ve ne zaman açıklandığını belirtiniz (makale, bildiri, web sitesi vb.):</w:t>
            </w:r>
          </w:p>
          <w:p w:rsidR="008E6025" w:rsidRPr="00B04B24" w:rsidRDefault="008E6025">
            <w:pPr>
              <w:rPr>
                <w:rFonts w:ascii="Arial" w:hAnsi="Arial" w:cs="Arial"/>
              </w:rPr>
            </w:pPr>
          </w:p>
        </w:tc>
      </w:tr>
    </w:tbl>
    <w:p w:rsidR="008E6025" w:rsidRDefault="008E6025"/>
    <w:p w:rsidR="004679C5" w:rsidRPr="00B04B24" w:rsidRDefault="006312E8" w:rsidP="00B04B24">
      <w:pPr>
        <w:pStyle w:val="Balk2"/>
        <w:numPr>
          <w:ilvl w:val="0"/>
          <w:numId w:val="10"/>
        </w:numPr>
        <w:rPr>
          <w:rFonts w:ascii="Arial" w:hAnsi="Arial" w:cs="Arial"/>
        </w:rPr>
      </w:pPr>
      <w:r w:rsidRPr="00B04B24">
        <w:rPr>
          <w:rFonts w:ascii="Arial" w:hAnsi="Arial" w:cs="Arial"/>
        </w:rPr>
        <w:t>Koruma Tercihi</w:t>
      </w:r>
    </w:p>
    <w:p w:rsidR="00B04B24" w:rsidRPr="00B04B24" w:rsidRDefault="00B04B24" w:rsidP="00B04B24"/>
    <w:tbl>
      <w:tblPr>
        <w:tblStyle w:val="TabloKlavuzu"/>
        <w:tblW w:w="9180" w:type="dxa"/>
        <w:tblLook w:val="04A0" w:firstRow="1" w:lastRow="0" w:firstColumn="1" w:lastColumn="0" w:noHBand="0" w:noVBand="1"/>
      </w:tblPr>
      <w:tblGrid>
        <w:gridCol w:w="9180"/>
      </w:tblGrid>
      <w:tr w:rsidR="008E6025" w:rsidTr="00687C7B">
        <w:tc>
          <w:tcPr>
            <w:tcW w:w="9180" w:type="dxa"/>
            <w:shd w:val="clear" w:color="auto" w:fill="DAEEF3" w:themeFill="accent5" w:themeFillTint="33"/>
          </w:tcPr>
          <w:p w:rsidR="008E6025" w:rsidRPr="00B04B24" w:rsidRDefault="008E6025" w:rsidP="008E6025">
            <w:pPr>
              <w:rPr>
                <w:rFonts w:ascii="Arial" w:hAnsi="Arial" w:cs="Arial"/>
                <w:b/>
              </w:rPr>
            </w:pPr>
            <w:r w:rsidRPr="00B04B24">
              <w:rPr>
                <w:rFonts w:ascii="Arial" w:hAnsi="Arial" w:cs="Arial"/>
                <w:b/>
              </w:rPr>
              <w:t>Buluşun niteliği:</w:t>
            </w:r>
          </w:p>
          <w:p w:rsidR="002D42AE" w:rsidRPr="00B04B24" w:rsidRDefault="008E6025" w:rsidP="008E6025">
            <w:pPr>
              <w:rPr>
                <w:rFonts w:ascii="Arial" w:hAnsi="Arial" w:cs="Arial"/>
              </w:rPr>
            </w:pPr>
            <w:r w:rsidRPr="00B04B24">
              <w:rPr>
                <w:rFonts w:ascii="Arial" w:hAnsi="Arial" w:cs="Arial"/>
              </w:rPr>
              <w:br/>
            </w:r>
            <w:r w:rsidRPr="00B04B24">
              <w:rPr>
                <w:rFonts w:ascii="Segoe UI Symbol" w:hAnsi="Segoe UI Symbol" w:cs="Segoe UI Symbol"/>
              </w:rPr>
              <w:t>☐</w:t>
            </w:r>
            <w:r w:rsidRPr="00B04B24">
              <w:rPr>
                <w:rFonts w:ascii="Arial" w:hAnsi="Arial" w:cs="Arial"/>
              </w:rPr>
              <w:t xml:space="preserve"> </w:t>
            </w:r>
            <w:r w:rsidRPr="00B04B24">
              <w:rPr>
                <w:rFonts w:ascii="Arial" w:hAnsi="Arial" w:cs="Arial"/>
                <w:b/>
              </w:rPr>
              <w:t>Hizmet Buluşu</w:t>
            </w:r>
            <w:r w:rsidRPr="00B04B24">
              <w:rPr>
                <w:rFonts w:ascii="Arial" w:hAnsi="Arial" w:cs="Arial"/>
              </w:rPr>
              <w:t xml:space="preserve"> (Üniversite olanaklarıyla geliştirilmiştir.)</w:t>
            </w:r>
          </w:p>
          <w:p w:rsidR="008E6025" w:rsidRDefault="008E6025" w:rsidP="008E6025">
            <w:pPr>
              <w:rPr>
                <w:rFonts w:ascii="Arial" w:hAnsi="Arial" w:cs="Arial"/>
              </w:rPr>
            </w:pPr>
            <w:r w:rsidRPr="00B04B24">
              <w:rPr>
                <w:rFonts w:ascii="Arial" w:hAnsi="Arial" w:cs="Arial"/>
              </w:rPr>
              <w:br/>
            </w:r>
            <w:r w:rsidRPr="00B04B24">
              <w:rPr>
                <w:rFonts w:ascii="Segoe UI Symbol" w:hAnsi="Segoe UI Symbol" w:cs="Segoe UI Symbol"/>
              </w:rPr>
              <w:t>☐</w:t>
            </w:r>
            <w:r w:rsidRPr="00B04B24">
              <w:rPr>
                <w:rFonts w:ascii="Arial" w:hAnsi="Arial" w:cs="Arial"/>
              </w:rPr>
              <w:t xml:space="preserve"> </w:t>
            </w:r>
            <w:r w:rsidRPr="00B04B24">
              <w:rPr>
                <w:rFonts w:ascii="Arial" w:hAnsi="Arial" w:cs="Arial"/>
                <w:b/>
              </w:rPr>
              <w:t>Serbest Buluş</w:t>
            </w:r>
            <w:r w:rsidRPr="00B04B24">
              <w:rPr>
                <w:rFonts w:ascii="Arial" w:hAnsi="Arial" w:cs="Arial"/>
              </w:rPr>
              <w:t xml:space="preserve"> (Kişisel olarak geliştirilmiştir.)</w:t>
            </w:r>
          </w:p>
          <w:p w:rsidR="00040182" w:rsidRDefault="00040182" w:rsidP="008E6025">
            <w:pPr>
              <w:rPr>
                <w:rFonts w:ascii="Arial" w:hAnsi="Arial" w:cs="Arial"/>
              </w:rPr>
            </w:pPr>
          </w:p>
          <w:p w:rsidR="00A36A2A" w:rsidRDefault="00040182" w:rsidP="008E6025">
            <w:pPr>
              <w:rPr>
                <w:rFonts w:ascii="Arial" w:hAnsi="Arial" w:cs="Arial"/>
                <w:b/>
              </w:rPr>
            </w:pPr>
            <w:r w:rsidRPr="00040182">
              <w:rPr>
                <w:rFonts w:ascii="Arial" w:hAnsi="Arial" w:cs="Arial"/>
                <w:b/>
              </w:rPr>
              <w:t xml:space="preserve">Başvuru Türü: </w:t>
            </w:r>
            <w:r>
              <w:rPr>
                <w:rFonts w:ascii="Arial" w:hAnsi="Arial" w:cs="Arial"/>
                <w:b/>
              </w:rPr>
              <w:t xml:space="preserve"> </w:t>
            </w:r>
          </w:p>
          <w:p w:rsidR="00A36A2A" w:rsidRDefault="00A36A2A" w:rsidP="008E6025">
            <w:pPr>
              <w:rPr>
                <w:rFonts w:ascii="Arial" w:hAnsi="Arial" w:cs="Arial"/>
                <w:b/>
              </w:rPr>
            </w:pPr>
          </w:p>
          <w:p w:rsidR="00040182" w:rsidRPr="00040182" w:rsidRDefault="005C56A5" w:rsidP="008E6025">
            <w:pPr>
              <w:rPr>
                <w:rFonts w:ascii="Arial" w:hAnsi="Arial" w:cs="Arial"/>
                <w:b/>
              </w:rPr>
            </w:pPr>
            <w:r w:rsidRPr="00B04B24">
              <w:rPr>
                <w:rFonts w:ascii="Segoe UI Symbol" w:hAnsi="Segoe UI Symbol" w:cs="Segoe UI Symbol"/>
              </w:rPr>
              <w:t>☐</w:t>
            </w:r>
            <w:r w:rsidRPr="00B04B24">
              <w:rPr>
                <w:rFonts w:ascii="Arial" w:hAnsi="Arial" w:cs="Arial"/>
              </w:rPr>
              <w:t xml:space="preserve"> Patent</w:t>
            </w:r>
            <w:r w:rsidR="00040182" w:rsidRPr="00B04B24">
              <w:rPr>
                <w:rFonts w:ascii="Arial" w:hAnsi="Arial" w:cs="Arial"/>
              </w:rPr>
              <w:t xml:space="preserve"> </w:t>
            </w:r>
            <w:r w:rsidRPr="00B04B24">
              <w:rPr>
                <w:rFonts w:ascii="Segoe UI Symbol" w:hAnsi="Segoe UI Symbol" w:cs="Segoe UI Symbol"/>
              </w:rPr>
              <w:t>☐</w:t>
            </w:r>
            <w:r w:rsidRPr="00B04B24">
              <w:rPr>
                <w:rFonts w:ascii="Arial" w:hAnsi="Arial" w:cs="Arial"/>
              </w:rPr>
              <w:t xml:space="preserve"> Faydalı</w:t>
            </w:r>
            <w:r w:rsidR="00040182">
              <w:rPr>
                <w:rFonts w:ascii="Arial" w:hAnsi="Arial" w:cs="Arial"/>
              </w:rPr>
              <w:t xml:space="preserve"> Model</w:t>
            </w:r>
            <w:r w:rsidR="00040182" w:rsidRPr="00B04B24">
              <w:rPr>
                <w:rFonts w:ascii="Arial" w:hAnsi="Arial" w:cs="Arial"/>
              </w:rPr>
              <w:t xml:space="preserve"> </w:t>
            </w:r>
            <w:r w:rsidRPr="00B04B24">
              <w:rPr>
                <w:rFonts w:ascii="Segoe UI Symbol" w:hAnsi="Segoe UI Symbol" w:cs="Segoe UI Symbol"/>
              </w:rPr>
              <w:t>☐</w:t>
            </w:r>
            <w:r w:rsidRPr="00B04B24">
              <w:rPr>
                <w:rFonts w:ascii="Arial" w:hAnsi="Arial" w:cs="Arial"/>
              </w:rPr>
              <w:t xml:space="preserve"> Marka</w:t>
            </w:r>
            <w:r w:rsidR="00040182" w:rsidRPr="00B04B24">
              <w:rPr>
                <w:rFonts w:ascii="Arial" w:hAnsi="Arial" w:cs="Arial"/>
              </w:rPr>
              <w:t xml:space="preserve"> </w:t>
            </w:r>
          </w:p>
          <w:p w:rsidR="008E6025" w:rsidRPr="00B04B24" w:rsidRDefault="008E6025" w:rsidP="008E6025">
            <w:pPr>
              <w:rPr>
                <w:rFonts w:ascii="Arial" w:hAnsi="Arial" w:cs="Arial"/>
              </w:rPr>
            </w:pPr>
          </w:p>
          <w:p w:rsidR="002D42AE" w:rsidRPr="00B04B24" w:rsidRDefault="008E6025" w:rsidP="008E6025">
            <w:pPr>
              <w:rPr>
                <w:rFonts w:ascii="Arial" w:hAnsi="Arial" w:cs="Arial"/>
                <w:b/>
              </w:rPr>
            </w:pPr>
            <w:r w:rsidRPr="00B04B24">
              <w:rPr>
                <w:rFonts w:ascii="Arial" w:hAnsi="Arial" w:cs="Arial"/>
                <w:b/>
              </w:rPr>
              <w:t>Başvuru yapılması planlanan ülke/sistem:</w:t>
            </w:r>
          </w:p>
          <w:p w:rsidR="008E6025" w:rsidRPr="00B04B24" w:rsidRDefault="008E6025" w:rsidP="008E6025">
            <w:pPr>
              <w:rPr>
                <w:rFonts w:ascii="Arial" w:hAnsi="Arial" w:cs="Arial"/>
              </w:rPr>
            </w:pPr>
            <w:r w:rsidRPr="00B04B24">
              <w:rPr>
                <w:rFonts w:ascii="Arial" w:hAnsi="Arial" w:cs="Arial"/>
              </w:rPr>
              <w:br/>
            </w:r>
            <w:r w:rsidR="001F4603" w:rsidRPr="00B04B24">
              <w:rPr>
                <w:rFonts w:ascii="Segoe UI Symbol" w:hAnsi="Segoe UI Symbol" w:cs="Segoe UI Symbol"/>
              </w:rPr>
              <w:t>☐</w:t>
            </w:r>
            <w:r w:rsidR="001F4603" w:rsidRPr="00B04B24">
              <w:rPr>
                <w:rFonts w:ascii="Arial" w:hAnsi="Arial" w:cs="Arial"/>
              </w:rPr>
              <w:t xml:space="preserve"> Türkiye</w:t>
            </w:r>
            <w:r w:rsidRPr="00B04B24">
              <w:rPr>
                <w:rFonts w:ascii="Arial" w:hAnsi="Arial" w:cs="Arial"/>
              </w:rPr>
              <w:t xml:space="preserve"> </w:t>
            </w:r>
            <w:r w:rsidR="001F4603" w:rsidRPr="00B04B24">
              <w:rPr>
                <w:rFonts w:ascii="Segoe UI Symbol" w:hAnsi="Segoe UI Symbol" w:cs="Segoe UI Symbol"/>
              </w:rPr>
              <w:t>☐</w:t>
            </w:r>
            <w:r w:rsidR="001F4603" w:rsidRPr="00B04B24">
              <w:rPr>
                <w:rFonts w:ascii="Arial" w:hAnsi="Arial" w:cs="Arial"/>
              </w:rPr>
              <w:t xml:space="preserve"> PCT</w:t>
            </w:r>
            <w:r w:rsidRPr="00B04B24">
              <w:rPr>
                <w:rFonts w:ascii="Arial" w:hAnsi="Arial" w:cs="Arial"/>
              </w:rPr>
              <w:t xml:space="preserve"> (Uluslararası) </w:t>
            </w:r>
            <w:r w:rsidR="001F4603" w:rsidRPr="00B04B24">
              <w:rPr>
                <w:rFonts w:ascii="Segoe UI Symbol" w:hAnsi="Segoe UI Symbol" w:cs="Segoe UI Symbol"/>
              </w:rPr>
              <w:t>☐</w:t>
            </w:r>
            <w:r w:rsidR="001F4603" w:rsidRPr="00B04B24">
              <w:rPr>
                <w:rFonts w:ascii="Arial" w:hAnsi="Arial" w:cs="Arial"/>
              </w:rPr>
              <w:t xml:space="preserve"> Avrupa</w:t>
            </w:r>
            <w:r w:rsidRPr="00B04B24">
              <w:rPr>
                <w:rFonts w:ascii="Arial" w:hAnsi="Arial" w:cs="Arial"/>
              </w:rPr>
              <w:t xml:space="preserve"> (EP) </w:t>
            </w:r>
            <w:r w:rsidR="001F4603" w:rsidRPr="00B04B24">
              <w:rPr>
                <w:rFonts w:ascii="Segoe UI Symbol" w:hAnsi="Segoe UI Symbol" w:cs="Segoe UI Symbol"/>
              </w:rPr>
              <w:t>☐</w:t>
            </w:r>
            <w:r w:rsidR="001F4603" w:rsidRPr="00B04B24">
              <w:rPr>
                <w:rFonts w:ascii="Arial" w:hAnsi="Arial" w:cs="Arial"/>
              </w:rPr>
              <w:t xml:space="preserve"> Diğer</w:t>
            </w:r>
            <w:r w:rsidRPr="00B04B24">
              <w:rPr>
                <w:rFonts w:ascii="Arial" w:hAnsi="Arial" w:cs="Arial"/>
              </w:rPr>
              <w:t>: ___________</w:t>
            </w:r>
          </w:p>
          <w:p w:rsidR="008E6025" w:rsidRDefault="008E6025"/>
        </w:tc>
      </w:tr>
    </w:tbl>
    <w:p w:rsidR="0033532C" w:rsidRDefault="0033532C"/>
    <w:p w:rsidR="00760CC5" w:rsidRPr="00B04B24" w:rsidRDefault="006312E8" w:rsidP="004679C5">
      <w:pPr>
        <w:pStyle w:val="Balk2"/>
        <w:numPr>
          <w:ilvl w:val="0"/>
          <w:numId w:val="10"/>
        </w:numPr>
        <w:rPr>
          <w:rFonts w:ascii="Arial" w:hAnsi="Arial" w:cs="Arial"/>
        </w:rPr>
      </w:pPr>
      <w:r w:rsidRPr="00B04B24">
        <w:rPr>
          <w:rFonts w:ascii="Arial" w:hAnsi="Arial" w:cs="Arial"/>
        </w:rPr>
        <w:t>Beyan ve Taahhüt</w:t>
      </w:r>
    </w:p>
    <w:p w:rsidR="004679C5" w:rsidRPr="004679C5" w:rsidRDefault="004679C5" w:rsidP="004679C5">
      <w:pPr>
        <w:pStyle w:val="ListeParagraf"/>
      </w:pPr>
    </w:p>
    <w:p w:rsidR="00760CC5" w:rsidRPr="00B04B24" w:rsidRDefault="006312E8" w:rsidP="00B04B24">
      <w:pPr>
        <w:jc w:val="both"/>
        <w:rPr>
          <w:rFonts w:ascii="Arial" w:hAnsi="Arial" w:cs="Arial"/>
        </w:rPr>
      </w:pPr>
      <w:r w:rsidRPr="00B04B24">
        <w:rPr>
          <w:rFonts w:ascii="Arial" w:hAnsi="Arial" w:cs="Arial"/>
        </w:rPr>
        <w:t>Bu formda yer alan bilgilerin doğru olduğunu, buluşun Maltepe Üniversitesi Teknoloji Transfer Ofisi (TTO) tarafından 6769 Sayılı Sınai Mülkiyet Kanunu kapsamında değerlendirileceğini kabul ederim. Patent</w:t>
      </w:r>
      <w:r w:rsidR="00BB7074" w:rsidRPr="00B04B24">
        <w:rPr>
          <w:rFonts w:ascii="Arial" w:hAnsi="Arial" w:cs="Arial"/>
        </w:rPr>
        <w:t>/Faydalı Model</w:t>
      </w:r>
      <w:r w:rsidRPr="00B04B24">
        <w:rPr>
          <w:rFonts w:ascii="Arial" w:hAnsi="Arial" w:cs="Arial"/>
        </w:rPr>
        <w:t xml:space="preserve"> süreci boyunca</w:t>
      </w:r>
      <w:r w:rsidR="005B19CF" w:rsidRPr="00B04B24">
        <w:rPr>
          <w:rFonts w:ascii="Arial" w:hAnsi="Arial" w:cs="Arial"/>
        </w:rPr>
        <w:t xml:space="preserve"> Maltepe Üniversitesi</w:t>
      </w:r>
      <w:r w:rsidRPr="00B04B24">
        <w:rPr>
          <w:rFonts w:ascii="Arial" w:hAnsi="Arial" w:cs="Arial"/>
        </w:rPr>
        <w:t xml:space="preserve"> TTO ile iş birliği içinde çalışacağımı, gerekli bilgi ve belgeleri sağlayacağımı beyan ederim.</w:t>
      </w:r>
    </w:p>
    <w:p w:rsidR="008E6025" w:rsidRDefault="008E6025" w:rsidP="008E6025">
      <w:pPr>
        <w:jc w:val="both"/>
      </w:pPr>
    </w:p>
    <w:p w:rsidR="00B04B24" w:rsidRDefault="006312E8">
      <w:pPr>
        <w:rPr>
          <w:rFonts w:ascii="Arial" w:hAnsi="Arial" w:cs="Arial"/>
        </w:rPr>
      </w:pPr>
      <w:r w:rsidRPr="00B04B24">
        <w:rPr>
          <w:rFonts w:ascii="Arial" w:hAnsi="Arial" w:cs="Arial"/>
          <w:b/>
        </w:rPr>
        <w:t>Ad Soyad:</w:t>
      </w:r>
      <w:r w:rsidRPr="00B04B24">
        <w:rPr>
          <w:rFonts w:ascii="Arial" w:hAnsi="Arial" w:cs="Arial"/>
        </w:rPr>
        <w:t xml:space="preserve"> ______________________     </w:t>
      </w:r>
      <w:r w:rsidR="008E6025" w:rsidRPr="00B04B24">
        <w:rPr>
          <w:rFonts w:ascii="Arial" w:hAnsi="Arial" w:cs="Arial"/>
        </w:rPr>
        <w:t xml:space="preserve">           </w:t>
      </w:r>
      <w:r w:rsidRPr="00B04B24">
        <w:rPr>
          <w:rFonts w:ascii="Arial" w:hAnsi="Arial" w:cs="Arial"/>
        </w:rPr>
        <w:t xml:space="preserve"> </w:t>
      </w:r>
      <w:r w:rsidRPr="00B04B24">
        <w:rPr>
          <w:rFonts w:ascii="Arial" w:hAnsi="Arial" w:cs="Arial"/>
          <w:b/>
        </w:rPr>
        <w:t>Tarih:</w:t>
      </w:r>
      <w:r w:rsidRPr="00B04B24">
        <w:rPr>
          <w:rFonts w:ascii="Arial" w:hAnsi="Arial" w:cs="Arial"/>
        </w:rPr>
        <w:t xml:space="preserve"> ____/____/_______     </w:t>
      </w:r>
      <w:r w:rsidR="008E6025" w:rsidRPr="00B04B24">
        <w:rPr>
          <w:rFonts w:ascii="Arial" w:hAnsi="Arial" w:cs="Arial"/>
        </w:rPr>
        <w:t xml:space="preserve">        </w:t>
      </w:r>
      <w:r w:rsidRPr="00B04B24">
        <w:rPr>
          <w:rFonts w:ascii="Arial" w:hAnsi="Arial" w:cs="Arial"/>
        </w:rPr>
        <w:t xml:space="preserve"> </w:t>
      </w:r>
    </w:p>
    <w:p w:rsidR="00760CC5" w:rsidRPr="00B04B24" w:rsidRDefault="006312E8">
      <w:pPr>
        <w:rPr>
          <w:rFonts w:ascii="Arial" w:hAnsi="Arial" w:cs="Arial"/>
        </w:rPr>
      </w:pPr>
      <w:r w:rsidRPr="00B04B24">
        <w:rPr>
          <w:rFonts w:ascii="Arial" w:hAnsi="Arial" w:cs="Arial"/>
          <w:b/>
        </w:rPr>
        <w:t>İmza:</w:t>
      </w:r>
      <w:r w:rsidRPr="00B04B24">
        <w:rPr>
          <w:rFonts w:ascii="Arial" w:hAnsi="Arial" w:cs="Arial"/>
        </w:rPr>
        <w:t xml:space="preserve"> </w:t>
      </w:r>
    </w:p>
    <w:p w:rsidR="008E6025" w:rsidRDefault="008E6025">
      <w:pPr>
        <w:pStyle w:val="Balk2"/>
      </w:pPr>
    </w:p>
    <w:p w:rsidR="008E6025" w:rsidRPr="00B04B24" w:rsidRDefault="00B04B24" w:rsidP="00B04B24">
      <w:pPr>
        <w:pStyle w:val="Balk2"/>
        <w:numPr>
          <w:ilvl w:val="0"/>
          <w:numId w:val="10"/>
        </w:numPr>
        <w:rPr>
          <w:rFonts w:ascii="Arial" w:hAnsi="Arial" w:cs="Arial"/>
          <w:color w:val="auto"/>
          <w:sz w:val="24"/>
          <w:szCs w:val="24"/>
        </w:rPr>
      </w:pPr>
      <w:r w:rsidRPr="00B04B24">
        <w:rPr>
          <w:color w:val="31849B" w:themeColor="accent5" w:themeShade="BF"/>
        </w:rPr>
        <w:t>EKLER (VARSA)</w:t>
      </w:r>
      <w:r w:rsidRPr="00B04B24">
        <w:rPr>
          <w:color w:val="auto"/>
        </w:rPr>
        <w:br/>
      </w:r>
      <w:r w:rsidRPr="00B04B24">
        <w:rPr>
          <w:rFonts w:ascii="Arial" w:hAnsi="Arial" w:cs="Arial"/>
          <w:color w:val="auto"/>
          <w:sz w:val="22"/>
          <w:szCs w:val="22"/>
        </w:rPr>
        <w:t>Prototip görselleri / teknik çizimler</w:t>
      </w:r>
      <w:r w:rsidRPr="00B04B24">
        <w:rPr>
          <w:rFonts w:ascii="Arial" w:hAnsi="Arial" w:cs="Arial"/>
          <w:color w:val="auto"/>
          <w:sz w:val="22"/>
          <w:szCs w:val="22"/>
        </w:rPr>
        <w:br/>
        <w:t>Test sonuçları / deney raporları</w:t>
      </w:r>
      <w:r w:rsidRPr="00B04B24">
        <w:rPr>
          <w:rFonts w:ascii="Arial" w:hAnsi="Arial" w:cs="Arial"/>
          <w:color w:val="auto"/>
          <w:sz w:val="22"/>
          <w:szCs w:val="22"/>
        </w:rPr>
        <w:br/>
        <w:t>Ön literatür taraması raporu</w:t>
      </w:r>
      <w:r w:rsidRPr="00B04B24">
        <w:rPr>
          <w:rFonts w:ascii="Arial" w:hAnsi="Arial" w:cs="Arial"/>
          <w:color w:val="auto"/>
          <w:sz w:val="22"/>
          <w:szCs w:val="22"/>
        </w:rPr>
        <w:br/>
        <w:t>Finansman veya proje desteği belgeleri</w:t>
      </w:r>
    </w:p>
    <w:p w:rsidR="00B04B24" w:rsidRDefault="00B04B24" w:rsidP="00B04B24"/>
    <w:p w:rsidR="00B04B24" w:rsidRPr="00B04B24" w:rsidRDefault="00B04B24" w:rsidP="00B04B24"/>
    <w:p w:rsidR="008E6025" w:rsidRPr="00965182" w:rsidRDefault="006312E8" w:rsidP="00965182">
      <w:pPr>
        <w:pStyle w:val="Balk2"/>
        <w:rPr>
          <w:rFonts w:ascii="Arial" w:hAnsi="Arial" w:cs="Arial"/>
        </w:rPr>
      </w:pPr>
      <w:r w:rsidRPr="00B04B24">
        <w:rPr>
          <w:rFonts w:ascii="Arial" w:hAnsi="Arial" w:cs="Arial"/>
        </w:rPr>
        <w:t>TTO Tarafından Doldurulacak Kısım</w:t>
      </w:r>
      <w:r w:rsidR="00965182">
        <w:rPr>
          <w:rFonts w:ascii="Arial" w:hAnsi="Arial" w:cs="Arial"/>
        </w:rPr>
        <w:br/>
      </w:r>
    </w:p>
    <w:tbl>
      <w:tblPr>
        <w:tblStyle w:val="TabloKlavuzu"/>
        <w:tblW w:w="9180" w:type="dxa"/>
        <w:tblLook w:val="04A0" w:firstRow="1" w:lastRow="0" w:firstColumn="1" w:lastColumn="0" w:noHBand="0" w:noVBand="1"/>
      </w:tblPr>
      <w:tblGrid>
        <w:gridCol w:w="9180"/>
      </w:tblGrid>
      <w:tr w:rsidR="008E6025" w:rsidTr="00687C7B">
        <w:trPr>
          <w:trHeight w:val="2824"/>
        </w:trPr>
        <w:tc>
          <w:tcPr>
            <w:tcW w:w="9180" w:type="dxa"/>
            <w:shd w:val="clear" w:color="auto" w:fill="DAEEF3" w:themeFill="accent5" w:themeFillTint="33"/>
          </w:tcPr>
          <w:p w:rsidR="008E6025" w:rsidRPr="00B04B24" w:rsidRDefault="008E6025" w:rsidP="008E6025">
            <w:pPr>
              <w:rPr>
                <w:rFonts w:ascii="Arial" w:hAnsi="Arial" w:cs="Arial"/>
              </w:rPr>
            </w:pPr>
            <w:r w:rsidRPr="00B04B24">
              <w:rPr>
                <w:rFonts w:ascii="Arial" w:hAnsi="Arial" w:cs="Arial"/>
                <w:b/>
              </w:rPr>
              <w:t>Başvuru No:</w:t>
            </w:r>
            <w:r w:rsidRPr="00B04B24">
              <w:rPr>
                <w:rFonts w:ascii="Arial" w:hAnsi="Arial" w:cs="Arial"/>
              </w:rPr>
              <w:t xml:space="preserve"> M</w:t>
            </w:r>
            <w:r w:rsidR="00D64C87">
              <w:rPr>
                <w:rFonts w:ascii="Arial" w:hAnsi="Arial" w:cs="Arial"/>
              </w:rPr>
              <w:t>A</w:t>
            </w:r>
            <w:r w:rsidR="00CD2BCC">
              <w:rPr>
                <w:rFonts w:ascii="Arial" w:hAnsi="Arial" w:cs="Arial"/>
              </w:rPr>
              <w:t>YA</w:t>
            </w:r>
            <w:r w:rsidRPr="00B04B24">
              <w:rPr>
                <w:rFonts w:ascii="Arial" w:hAnsi="Arial" w:cs="Arial"/>
              </w:rPr>
              <w:t>TTO-____</w:t>
            </w:r>
          </w:p>
          <w:p w:rsidR="008E6025" w:rsidRPr="00B04B24" w:rsidRDefault="008E6025" w:rsidP="008E6025">
            <w:pPr>
              <w:rPr>
                <w:rFonts w:ascii="Arial" w:hAnsi="Arial" w:cs="Arial"/>
              </w:rPr>
            </w:pPr>
          </w:p>
          <w:p w:rsidR="008E6025" w:rsidRPr="00B04B24" w:rsidRDefault="008E6025" w:rsidP="008E6025">
            <w:pPr>
              <w:rPr>
                <w:rFonts w:ascii="Arial" w:hAnsi="Arial" w:cs="Arial"/>
              </w:rPr>
            </w:pPr>
            <w:r w:rsidRPr="00B04B24">
              <w:rPr>
                <w:rFonts w:ascii="Arial" w:hAnsi="Arial" w:cs="Arial"/>
                <w:b/>
              </w:rPr>
              <w:t>Başvuru Tarihi:</w:t>
            </w:r>
            <w:r w:rsidRPr="00B04B24">
              <w:rPr>
                <w:rFonts w:ascii="Arial" w:hAnsi="Arial" w:cs="Arial"/>
              </w:rPr>
              <w:t xml:space="preserve"> ____/____/_______</w:t>
            </w:r>
          </w:p>
          <w:p w:rsidR="008E6025" w:rsidRPr="00B04B24" w:rsidRDefault="008E6025" w:rsidP="008E6025">
            <w:pPr>
              <w:rPr>
                <w:rFonts w:ascii="Arial" w:hAnsi="Arial" w:cs="Arial"/>
              </w:rPr>
            </w:pPr>
          </w:p>
          <w:p w:rsidR="008E6025" w:rsidRPr="00B04B24" w:rsidRDefault="008E6025" w:rsidP="008E6025">
            <w:pPr>
              <w:rPr>
                <w:rFonts w:ascii="Arial" w:hAnsi="Arial" w:cs="Arial"/>
              </w:rPr>
            </w:pPr>
            <w:r w:rsidRPr="00B04B24">
              <w:rPr>
                <w:rFonts w:ascii="Arial" w:hAnsi="Arial" w:cs="Arial"/>
                <w:b/>
              </w:rPr>
              <w:t>Buluş Niteliği:</w:t>
            </w:r>
            <w:r w:rsidRPr="00B04B24">
              <w:rPr>
                <w:rFonts w:ascii="Arial" w:hAnsi="Arial" w:cs="Arial"/>
              </w:rPr>
              <w:t xml:space="preserve"> </w:t>
            </w:r>
            <w:r w:rsidRPr="00B04B24">
              <w:rPr>
                <w:rFonts w:ascii="Segoe UI Symbol" w:hAnsi="Segoe UI Symbol" w:cs="Segoe UI Symbol"/>
              </w:rPr>
              <w:t>☐</w:t>
            </w:r>
            <w:r w:rsidRPr="00B04B24">
              <w:rPr>
                <w:rFonts w:ascii="Arial" w:hAnsi="Arial" w:cs="Arial"/>
              </w:rPr>
              <w:t xml:space="preserve"> </w:t>
            </w:r>
            <w:r w:rsidR="0033532C" w:rsidRPr="00B04B24">
              <w:rPr>
                <w:rFonts w:ascii="Arial" w:hAnsi="Arial" w:cs="Arial"/>
              </w:rPr>
              <w:t xml:space="preserve"> </w:t>
            </w:r>
            <w:r w:rsidRPr="00B04B24">
              <w:rPr>
                <w:rFonts w:ascii="Arial" w:hAnsi="Arial" w:cs="Arial"/>
              </w:rPr>
              <w:t xml:space="preserve">Hizmet </w:t>
            </w:r>
            <w:r w:rsidRPr="00B04B24">
              <w:rPr>
                <w:rFonts w:ascii="Segoe UI Symbol" w:hAnsi="Segoe UI Symbol" w:cs="Segoe UI Symbol"/>
              </w:rPr>
              <w:t>☐</w:t>
            </w:r>
            <w:r w:rsidRPr="00B04B24">
              <w:rPr>
                <w:rFonts w:ascii="Arial" w:hAnsi="Arial" w:cs="Arial"/>
              </w:rPr>
              <w:t xml:space="preserve"> </w:t>
            </w:r>
            <w:r w:rsidR="0033532C" w:rsidRPr="00B04B24">
              <w:rPr>
                <w:rFonts w:ascii="Arial" w:hAnsi="Arial" w:cs="Arial"/>
              </w:rPr>
              <w:t xml:space="preserve"> </w:t>
            </w:r>
            <w:r w:rsidRPr="00B04B24">
              <w:rPr>
                <w:rFonts w:ascii="Arial" w:hAnsi="Arial" w:cs="Arial"/>
              </w:rPr>
              <w:t>Serbest</w:t>
            </w:r>
          </w:p>
          <w:p w:rsidR="008E6025" w:rsidRPr="00B04B24" w:rsidRDefault="008E6025" w:rsidP="008E6025">
            <w:pPr>
              <w:rPr>
                <w:rFonts w:ascii="Arial" w:hAnsi="Arial" w:cs="Arial"/>
              </w:rPr>
            </w:pPr>
          </w:p>
          <w:p w:rsidR="008E6025" w:rsidRPr="00B04B24" w:rsidRDefault="008E6025" w:rsidP="008E6025">
            <w:pPr>
              <w:rPr>
                <w:rFonts w:ascii="Arial" w:hAnsi="Arial" w:cs="Arial"/>
              </w:rPr>
            </w:pPr>
          </w:p>
          <w:p w:rsidR="008E6025" w:rsidRPr="00B04B24" w:rsidRDefault="008E6025" w:rsidP="008E6025">
            <w:pPr>
              <w:rPr>
                <w:rFonts w:ascii="Arial" w:hAnsi="Arial" w:cs="Arial"/>
              </w:rPr>
            </w:pPr>
          </w:p>
          <w:p w:rsidR="008E6025" w:rsidRPr="00B04B24" w:rsidRDefault="008E6025" w:rsidP="008E6025">
            <w:pPr>
              <w:rPr>
                <w:rFonts w:ascii="Arial" w:hAnsi="Arial" w:cs="Arial"/>
              </w:rPr>
            </w:pPr>
          </w:p>
          <w:p w:rsidR="008E6025" w:rsidRPr="00B04B24" w:rsidRDefault="008E6025" w:rsidP="008E6025">
            <w:pPr>
              <w:rPr>
                <w:rFonts w:ascii="Arial" w:hAnsi="Arial" w:cs="Arial"/>
              </w:rPr>
            </w:pPr>
            <w:r w:rsidRPr="00B04B24">
              <w:rPr>
                <w:rFonts w:ascii="Arial" w:hAnsi="Arial" w:cs="Arial"/>
                <w:b/>
              </w:rPr>
              <w:t>TTO Yetkilisi</w:t>
            </w:r>
            <w:r w:rsidRPr="00B04B24">
              <w:rPr>
                <w:rFonts w:ascii="Arial" w:hAnsi="Arial" w:cs="Arial"/>
              </w:rPr>
              <w:t xml:space="preserve">: ____________________                            </w:t>
            </w:r>
            <w:r w:rsidRPr="00B04B24">
              <w:rPr>
                <w:rFonts w:ascii="Arial" w:hAnsi="Arial" w:cs="Arial"/>
                <w:b/>
              </w:rPr>
              <w:t>İmza / Kaşe:</w:t>
            </w:r>
          </w:p>
          <w:p w:rsidR="008E6025" w:rsidRDefault="008E6025" w:rsidP="008E6025"/>
        </w:tc>
      </w:tr>
    </w:tbl>
    <w:p w:rsidR="008E6025" w:rsidRDefault="008E6025" w:rsidP="00965182"/>
    <w:sectPr w:rsidR="008E6025"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4D1" w:rsidRDefault="00F864D1" w:rsidP="004679C5">
      <w:pPr>
        <w:spacing w:after="0" w:line="240" w:lineRule="auto"/>
      </w:pPr>
      <w:r>
        <w:separator/>
      </w:r>
    </w:p>
  </w:endnote>
  <w:endnote w:type="continuationSeparator" w:id="0">
    <w:p w:rsidR="00F864D1" w:rsidRDefault="00F864D1" w:rsidP="0046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5D" w:rsidRDefault="00D7425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1"/>
      <w:gridCol w:w="4454"/>
    </w:tblGrid>
    <w:tr w:rsidR="004679C5" w:rsidRPr="004679C5" w:rsidTr="00376B3E">
      <w:trPr>
        <w:trHeight w:val="274"/>
      </w:trPr>
      <w:tc>
        <w:tcPr>
          <w:tcW w:w="2465" w:type="pct"/>
        </w:tcPr>
        <w:p w:rsidR="004679C5" w:rsidRPr="004679C5" w:rsidRDefault="004679C5" w:rsidP="004679C5">
          <w:pPr>
            <w:tabs>
              <w:tab w:val="center" w:pos="4536"/>
              <w:tab w:val="right" w:pos="9072"/>
            </w:tabs>
            <w:spacing w:after="0" w:line="240" w:lineRule="auto"/>
            <w:jc w:val="center"/>
            <w:rPr>
              <w:rFonts w:ascii="Arial" w:eastAsia="Arial Unicode MS" w:hAnsi="Arial" w:cs="Arial"/>
              <w:color w:val="000000"/>
              <w:sz w:val="18"/>
              <w:szCs w:val="24"/>
              <w:lang w:val="tr-TR" w:eastAsia="x-none"/>
            </w:rPr>
          </w:pPr>
          <w:r w:rsidRPr="004679C5">
            <w:rPr>
              <w:rFonts w:ascii="Arial" w:eastAsia="Arial Unicode MS" w:hAnsi="Arial" w:cs="Arial"/>
              <w:b/>
              <w:color w:val="000000"/>
              <w:sz w:val="18"/>
              <w:szCs w:val="24"/>
              <w:lang w:val="x-none" w:eastAsia="x-none"/>
            </w:rPr>
            <w:t>Hazırlayan:</w:t>
          </w:r>
          <w:r w:rsidRPr="004679C5">
            <w:rPr>
              <w:rFonts w:ascii="Arial" w:eastAsia="Arial Unicode MS" w:hAnsi="Arial" w:cs="Arial"/>
              <w:color w:val="000000"/>
              <w:sz w:val="18"/>
              <w:szCs w:val="24"/>
              <w:lang w:val="x-none" w:eastAsia="x-none"/>
            </w:rPr>
            <w:t xml:space="preserve"> </w:t>
          </w:r>
          <w:r w:rsidRPr="004679C5">
            <w:rPr>
              <w:rFonts w:ascii="Arial" w:eastAsia="Arial Unicode MS" w:hAnsi="Arial" w:cs="Arial"/>
              <w:color w:val="000000"/>
              <w:sz w:val="18"/>
              <w:szCs w:val="24"/>
              <w:lang w:val="tr-TR" w:eastAsia="x-none"/>
            </w:rPr>
            <w:t>Teknoloji Transfer Ofisi (TTO)</w:t>
          </w:r>
        </w:p>
      </w:tc>
      <w:tc>
        <w:tcPr>
          <w:tcW w:w="2535" w:type="pct"/>
        </w:tcPr>
        <w:p w:rsidR="004679C5" w:rsidRPr="004679C5" w:rsidRDefault="004679C5" w:rsidP="004679C5">
          <w:pPr>
            <w:tabs>
              <w:tab w:val="center" w:pos="4536"/>
              <w:tab w:val="right" w:pos="9072"/>
            </w:tabs>
            <w:spacing w:after="0" w:line="240" w:lineRule="auto"/>
            <w:jc w:val="center"/>
            <w:rPr>
              <w:rFonts w:ascii="Arial" w:eastAsia="Arial Unicode MS" w:hAnsi="Arial" w:cs="Arial"/>
              <w:color w:val="000000"/>
              <w:sz w:val="18"/>
              <w:szCs w:val="24"/>
              <w:lang w:val="x-none" w:eastAsia="x-none"/>
            </w:rPr>
          </w:pPr>
          <w:r w:rsidRPr="004679C5">
            <w:rPr>
              <w:rFonts w:ascii="Arial" w:eastAsia="Arial Unicode MS" w:hAnsi="Arial" w:cs="Arial"/>
              <w:b/>
              <w:color w:val="000000"/>
              <w:sz w:val="18"/>
              <w:szCs w:val="24"/>
              <w:lang w:val="x-none" w:eastAsia="x-none"/>
            </w:rPr>
            <w:t>Onaylayan:</w:t>
          </w:r>
          <w:r w:rsidRPr="004679C5">
            <w:rPr>
              <w:rFonts w:ascii="Arial" w:eastAsia="Arial Unicode MS" w:hAnsi="Arial" w:cs="Arial"/>
              <w:color w:val="000000"/>
              <w:sz w:val="18"/>
              <w:szCs w:val="24"/>
              <w:lang w:val="x-none" w:eastAsia="x-none"/>
            </w:rPr>
            <w:t xml:space="preserve"> Kalite Yönetim Koordinatörlüğü</w:t>
          </w:r>
        </w:p>
      </w:tc>
    </w:tr>
  </w:tbl>
  <w:p w:rsidR="004679C5" w:rsidRDefault="004679C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5D" w:rsidRDefault="00D7425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4D1" w:rsidRDefault="00F864D1" w:rsidP="004679C5">
      <w:pPr>
        <w:spacing w:after="0" w:line="240" w:lineRule="auto"/>
      </w:pPr>
      <w:r>
        <w:separator/>
      </w:r>
    </w:p>
  </w:footnote>
  <w:footnote w:type="continuationSeparator" w:id="0">
    <w:p w:rsidR="00F864D1" w:rsidRDefault="00F864D1" w:rsidP="00467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5D" w:rsidRDefault="00D7425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31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5098"/>
      <w:gridCol w:w="1559"/>
      <w:gridCol w:w="1422"/>
    </w:tblGrid>
    <w:tr w:rsidR="004679C5" w:rsidRPr="004679C5" w:rsidTr="00376B3E">
      <w:trPr>
        <w:trHeight w:val="276"/>
      </w:trPr>
      <w:tc>
        <w:tcPr>
          <w:tcW w:w="2127" w:type="dxa"/>
          <w:vMerge w:val="restart"/>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color w:val="000000"/>
              <w:sz w:val="18"/>
              <w:szCs w:val="18"/>
              <w:lang w:val="tr-TR"/>
            </w:rPr>
          </w:pPr>
          <w:r w:rsidRPr="004679C5">
            <w:rPr>
              <w:rFonts w:ascii="Arial" w:eastAsia="Calibri" w:hAnsi="Arial" w:cs="Arial"/>
              <w:noProof/>
              <w:color w:val="000000"/>
              <w:sz w:val="18"/>
              <w:szCs w:val="18"/>
              <w:lang w:val="tr-TR" w:eastAsia="tr-TR"/>
            </w:rPr>
            <w:drawing>
              <wp:inline distT="0" distB="0" distL="0" distR="0" wp14:anchorId="25FA98E8" wp14:editId="19C8B528">
                <wp:extent cx="1249680" cy="876300"/>
                <wp:effectExtent l="0" t="0" r="0" b="0"/>
                <wp:docPr id="1" name="Resim 1"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876300"/>
                        </a:xfrm>
                        <a:prstGeom prst="rect">
                          <a:avLst/>
                        </a:prstGeom>
                        <a:noFill/>
                        <a:ln>
                          <a:noFill/>
                        </a:ln>
                      </pic:spPr>
                    </pic:pic>
                  </a:graphicData>
                </a:graphic>
              </wp:inline>
            </w:drawing>
          </w:r>
        </w:p>
      </w:tc>
      <w:tc>
        <w:tcPr>
          <w:tcW w:w="5098" w:type="dxa"/>
          <w:vMerge w:val="restart"/>
          <w:vAlign w:val="center"/>
        </w:tcPr>
        <w:p w:rsidR="004679C5" w:rsidRPr="004679C5" w:rsidRDefault="004679C5" w:rsidP="004679C5">
          <w:pPr>
            <w:spacing w:after="0" w:line="240" w:lineRule="auto"/>
            <w:jc w:val="center"/>
            <w:rPr>
              <w:rFonts w:ascii="Arial" w:eastAsia="Calibri" w:hAnsi="Arial" w:cs="Arial"/>
              <w:b/>
              <w:color w:val="000000"/>
              <w:sz w:val="24"/>
              <w:szCs w:val="24"/>
              <w:lang w:val="tr-TR"/>
            </w:rPr>
          </w:pPr>
        </w:p>
        <w:p w:rsidR="004679C5" w:rsidRPr="004679C5" w:rsidRDefault="004679C5" w:rsidP="004679C5">
          <w:pPr>
            <w:spacing w:after="0" w:line="240" w:lineRule="auto"/>
            <w:jc w:val="center"/>
            <w:rPr>
              <w:rFonts w:ascii="Arial" w:eastAsia="Arial Unicode MS" w:hAnsi="Arial" w:cs="Arial"/>
              <w:b/>
              <w:bCs/>
              <w:color w:val="000000"/>
              <w:sz w:val="28"/>
              <w:szCs w:val="28"/>
              <w:lang w:eastAsia="tr-TR"/>
            </w:rPr>
          </w:pPr>
          <w:r w:rsidRPr="004679C5">
            <w:rPr>
              <w:rFonts w:ascii="Arial" w:eastAsia="Arial Unicode MS" w:hAnsi="Arial" w:cs="Arial"/>
              <w:b/>
              <w:bCs/>
              <w:color w:val="000000"/>
              <w:sz w:val="28"/>
              <w:szCs w:val="28"/>
              <w:lang w:eastAsia="tr-TR"/>
            </w:rPr>
            <w:t>PATENT / FAYDALI MODEL B</w:t>
          </w:r>
          <w:r>
            <w:rPr>
              <w:rFonts w:ascii="Arial" w:eastAsia="Arial Unicode MS" w:hAnsi="Arial" w:cs="Arial"/>
              <w:b/>
              <w:bCs/>
              <w:color w:val="000000"/>
              <w:sz w:val="28"/>
              <w:szCs w:val="28"/>
              <w:lang w:eastAsia="tr-TR"/>
            </w:rPr>
            <w:t>ULUŞ BİLDİRİM</w:t>
          </w:r>
          <w:r w:rsidRPr="004679C5">
            <w:rPr>
              <w:rFonts w:ascii="Arial" w:eastAsia="Arial Unicode MS" w:hAnsi="Arial" w:cs="Arial"/>
              <w:b/>
              <w:bCs/>
              <w:color w:val="000000"/>
              <w:sz w:val="28"/>
              <w:szCs w:val="28"/>
              <w:lang w:eastAsia="tr-TR"/>
            </w:rPr>
            <w:t xml:space="preserve"> FORMU</w:t>
          </w:r>
        </w:p>
        <w:p w:rsidR="004679C5" w:rsidRPr="004679C5" w:rsidRDefault="004679C5" w:rsidP="004679C5">
          <w:pPr>
            <w:tabs>
              <w:tab w:val="center" w:pos="4536"/>
              <w:tab w:val="right" w:pos="9072"/>
            </w:tabs>
            <w:spacing w:after="0" w:line="240" w:lineRule="auto"/>
            <w:jc w:val="center"/>
            <w:rPr>
              <w:rFonts w:ascii="Arial" w:eastAsia="Calibri" w:hAnsi="Arial" w:cs="Arial"/>
              <w:b/>
              <w:color w:val="000000"/>
              <w:sz w:val="18"/>
              <w:szCs w:val="18"/>
              <w:lang w:val="tr-TR"/>
            </w:rPr>
          </w:pPr>
        </w:p>
      </w:tc>
      <w:tc>
        <w:tcPr>
          <w:tcW w:w="1559" w:type="dxa"/>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color w:val="000000"/>
              <w:sz w:val="18"/>
              <w:szCs w:val="18"/>
              <w:lang w:val="tr-TR"/>
            </w:rPr>
          </w:pPr>
          <w:r w:rsidRPr="004679C5">
            <w:rPr>
              <w:rFonts w:ascii="Arial" w:eastAsia="Calibri" w:hAnsi="Arial" w:cs="Arial"/>
              <w:color w:val="000000"/>
              <w:sz w:val="18"/>
              <w:szCs w:val="18"/>
              <w:lang w:val="tr-TR"/>
            </w:rPr>
            <w:t>Doküman No</w:t>
          </w:r>
        </w:p>
      </w:tc>
      <w:tc>
        <w:tcPr>
          <w:tcW w:w="1422" w:type="dxa"/>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b/>
              <w:color w:val="000000"/>
              <w:sz w:val="18"/>
              <w:szCs w:val="18"/>
              <w:lang w:val="tr-TR"/>
            </w:rPr>
          </w:pPr>
          <w:r w:rsidRPr="004679C5">
            <w:rPr>
              <w:rFonts w:ascii="Arial" w:eastAsia="Calibri" w:hAnsi="Arial" w:cs="Arial"/>
              <w:b/>
              <w:color w:val="000000"/>
              <w:sz w:val="18"/>
              <w:szCs w:val="18"/>
              <w:lang w:val="tr-TR"/>
            </w:rPr>
            <w:t>FR-</w:t>
          </w:r>
          <w:r w:rsidR="00D7425D">
            <w:rPr>
              <w:rFonts w:ascii="Arial" w:eastAsia="Calibri" w:hAnsi="Arial" w:cs="Arial"/>
              <w:b/>
              <w:color w:val="000000"/>
              <w:sz w:val="18"/>
              <w:szCs w:val="18"/>
              <w:lang w:val="tr-TR"/>
            </w:rPr>
            <w:t>236</w:t>
          </w:r>
        </w:p>
      </w:tc>
    </w:tr>
    <w:tr w:rsidR="004679C5" w:rsidRPr="004679C5" w:rsidTr="00376B3E">
      <w:trPr>
        <w:trHeight w:val="276"/>
      </w:trPr>
      <w:tc>
        <w:tcPr>
          <w:tcW w:w="2127"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5098"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1559" w:type="dxa"/>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color w:val="000000"/>
              <w:sz w:val="18"/>
              <w:szCs w:val="18"/>
              <w:lang w:val="tr-TR"/>
            </w:rPr>
          </w:pPr>
          <w:r w:rsidRPr="004679C5">
            <w:rPr>
              <w:rFonts w:ascii="Arial" w:eastAsia="Calibri" w:hAnsi="Arial" w:cs="Arial"/>
              <w:color w:val="000000"/>
              <w:sz w:val="18"/>
              <w:szCs w:val="18"/>
              <w:lang w:val="tr-TR"/>
            </w:rPr>
            <w:t>İlk Yayın Tarihi</w:t>
          </w:r>
        </w:p>
      </w:tc>
      <w:tc>
        <w:tcPr>
          <w:tcW w:w="1422" w:type="dxa"/>
          <w:vAlign w:val="center"/>
        </w:tcPr>
        <w:p w:rsidR="004679C5" w:rsidRPr="004679C5" w:rsidRDefault="00D7425D" w:rsidP="004679C5">
          <w:pPr>
            <w:tabs>
              <w:tab w:val="center" w:pos="4536"/>
              <w:tab w:val="right" w:pos="9072"/>
            </w:tabs>
            <w:spacing w:after="0" w:line="240" w:lineRule="auto"/>
            <w:jc w:val="both"/>
            <w:rPr>
              <w:rFonts w:ascii="Arial" w:eastAsia="Calibri" w:hAnsi="Arial" w:cs="Arial"/>
              <w:b/>
              <w:color w:val="000000"/>
              <w:sz w:val="18"/>
              <w:szCs w:val="18"/>
              <w:lang w:val="tr-TR"/>
            </w:rPr>
          </w:pPr>
          <w:r>
            <w:rPr>
              <w:rFonts w:ascii="Arial" w:eastAsia="Calibri" w:hAnsi="Arial" w:cs="Arial"/>
              <w:b/>
              <w:color w:val="000000"/>
              <w:sz w:val="18"/>
              <w:szCs w:val="18"/>
              <w:lang w:val="tr-TR"/>
            </w:rPr>
            <w:t>28.11,2025</w:t>
          </w:r>
        </w:p>
      </w:tc>
    </w:tr>
    <w:tr w:rsidR="004679C5" w:rsidRPr="004679C5" w:rsidTr="00376B3E">
      <w:trPr>
        <w:trHeight w:val="276"/>
      </w:trPr>
      <w:tc>
        <w:tcPr>
          <w:tcW w:w="2127"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5098"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1559" w:type="dxa"/>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color w:val="000000"/>
              <w:sz w:val="18"/>
              <w:szCs w:val="18"/>
              <w:lang w:val="tr-TR"/>
            </w:rPr>
          </w:pPr>
          <w:r w:rsidRPr="004679C5">
            <w:rPr>
              <w:rFonts w:ascii="Arial" w:eastAsia="Calibri" w:hAnsi="Arial" w:cs="Arial"/>
              <w:color w:val="000000"/>
              <w:sz w:val="18"/>
              <w:szCs w:val="18"/>
              <w:lang w:val="tr-TR"/>
            </w:rPr>
            <w:t>Revizyon Tarihi</w:t>
          </w:r>
        </w:p>
      </w:tc>
      <w:tc>
        <w:tcPr>
          <w:tcW w:w="1422" w:type="dxa"/>
          <w:vAlign w:val="center"/>
        </w:tcPr>
        <w:p w:rsidR="004679C5" w:rsidRPr="004679C5" w:rsidRDefault="00601E13" w:rsidP="004679C5">
          <w:pPr>
            <w:tabs>
              <w:tab w:val="center" w:pos="4536"/>
              <w:tab w:val="right" w:pos="9072"/>
            </w:tabs>
            <w:spacing w:after="0" w:line="240" w:lineRule="auto"/>
            <w:jc w:val="both"/>
            <w:rPr>
              <w:rFonts w:ascii="Arial" w:eastAsia="Calibri" w:hAnsi="Arial" w:cs="Arial"/>
              <w:b/>
              <w:color w:val="000000"/>
              <w:sz w:val="18"/>
              <w:szCs w:val="18"/>
              <w:lang w:val="tr-TR"/>
            </w:rPr>
          </w:pPr>
          <w:r>
            <w:rPr>
              <w:rFonts w:ascii="Arial" w:eastAsia="Calibri" w:hAnsi="Arial" w:cs="Arial"/>
              <w:b/>
              <w:color w:val="000000"/>
              <w:sz w:val="18"/>
              <w:szCs w:val="18"/>
              <w:lang w:val="tr-TR"/>
            </w:rPr>
            <w:t>18.12.2025</w:t>
          </w:r>
        </w:p>
      </w:tc>
    </w:tr>
    <w:tr w:rsidR="004679C5" w:rsidRPr="004679C5" w:rsidTr="00376B3E">
      <w:trPr>
        <w:trHeight w:val="276"/>
      </w:trPr>
      <w:tc>
        <w:tcPr>
          <w:tcW w:w="2127"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5098"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1559" w:type="dxa"/>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color w:val="000000"/>
              <w:sz w:val="18"/>
              <w:szCs w:val="18"/>
              <w:lang w:val="tr-TR"/>
            </w:rPr>
          </w:pPr>
          <w:r w:rsidRPr="004679C5">
            <w:rPr>
              <w:rFonts w:ascii="Arial" w:eastAsia="Calibri" w:hAnsi="Arial" w:cs="Arial"/>
              <w:color w:val="000000"/>
              <w:sz w:val="18"/>
              <w:szCs w:val="18"/>
              <w:lang w:val="tr-TR"/>
            </w:rPr>
            <w:t>Revizyon No</w:t>
          </w:r>
        </w:p>
      </w:tc>
      <w:tc>
        <w:tcPr>
          <w:tcW w:w="1422" w:type="dxa"/>
          <w:vAlign w:val="center"/>
        </w:tcPr>
        <w:p w:rsidR="004679C5" w:rsidRPr="004679C5" w:rsidRDefault="00601E13" w:rsidP="004679C5">
          <w:pPr>
            <w:tabs>
              <w:tab w:val="center" w:pos="4536"/>
              <w:tab w:val="right" w:pos="9072"/>
            </w:tabs>
            <w:spacing w:after="0" w:line="240" w:lineRule="auto"/>
            <w:jc w:val="both"/>
            <w:rPr>
              <w:rFonts w:ascii="Arial" w:eastAsia="Calibri" w:hAnsi="Arial" w:cs="Arial"/>
              <w:b/>
              <w:color w:val="000000"/>
              <w:sz w:val="18"/>
              <w:szCs w:val="18"/>
              <w:lang w:val="tr-TR"/>
            </w:rPr>
          </w:pPr>
          <w:r>
            <w:rPr>
              <w:rFonts w:ascii="Arial" w:eastAsia="Calibri" w:hAnsi="Arial" w:cs="Arial"/>
              <w:b/>
              <w:color w:val="000000"/>
              <w:sz w:val="18"/>
              <w:szCs w:val="18"/>
              <w:lang w:val="tr-TR"/>
            </w:rPr>
            <w:t>01</w:t>
          </w:r>
          <w:bookmarkStart w:id="0" w:name="_GoBack"/>
          <w:bookmarkEnd w:id="0"/>
        </w:p>
      </w:tc>
    </w:tr>
    <w:tr w:rsidR="004679C5" w:rsidRPr="004679C5" w:rsidTr="00376B3E">
      <w:trPr>
        <w:trHeight w:val="276"/>
      </w:trPr>
      <w:tc>
        <w:tcPr>
          <w:tcW w:w="2127"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5098" w:type="dxa"/>
          <w:vMerge/>
          <w:vAlign w:val="center"/>
        </w:tcPr>
        <w:p w:rsidR="004679C5" w:rsidRPr="004679C5" w:rsidRDefault="004679C5" w:rsidP="004679C5">
          <w:pPr>
            <w:tabs>
              <w:tab w:val="center" w:pos="4536"/>
              <w:tab w:val="right" w:pos="9072"/>
            </w:tabs>
            <w:spacing w:after="0" w:line="240" w:lineRule="auto"/>
            <w:ind w:firstLine="709"/>
            <w:jc w:val="center"/>
            <w:rPr>
              <w:rFonts w:ascii="Arial" w:eastAsia="Calibri" w:hAnsi="Arial" w:cs="Arial"/>
              <w:color w:val="000000"/>
              <w:sz w:val="18"/>
              <w:szCs w:val="18"/>
              <w:lang w:val="tr-TR"/>
            </w:rPr>
          </w:pPr>
        </w:p>
      </w:tc>
      <w:tc>
        <w:tcPr>
          <w:tcW w:w="1559" w:type="dxa"/>
          <w:vAlign w:val="center"/>
        </w:tcPr>
        <w:p w:rsidR="004679C5" w:rsidRPr="004679C5" w:rsidRDefault="004679C5" w:rsidP="004679C5">
          <w:pPr>
            <w:tabs>
              <w:tab w:val="center" w:pos="4536"/>
              <w:tab w:val="right" w:pos="9072"/>
            </w:tabs>
            <w:spacing w:after="0" w:line="240" w:lineRule="auto"/>
            <w:jc w:val="both"/>
            <w:rPr>
              <w:rFonts w:ascii="Arial" w:eastAsia="Calibri" w:hAnsi="Arial" w:cs="Arial"/>
              <w:color w:val="000000"/>
              <w:sz w:val="18"/>
              <w:szCs w:val="18"/>
              <w:lang w:val="tr-TR"/>
            </w:rPr>
          </w:pPr>
          <w:r w:rsidRPr="004679C5">
            <w:rPr>
              <w:rFonts w:ascii="Arial" w:eastAsia="Calibri" w:hAnsi="Arial" w:cs="Arial"/>
              <w:color w:val="000000"/>
              <w:sz w:val="18"/>
              <w:szCs w:val="18"/>
              <w:lang w:val="tr-TR"/>
            </w:rPr>
            <w:t>Sayfa</w:t>
          </w:r>
        </w:p>
      </w:tc>
      <w:tc>
        <w:tcPr>
          <w:tcW w:w="1422" w:type="dxa"/>
          <w:vAlign w:val="center"/>
        </w:tcPr>
        <w:p w:rsidR="004679C5" w:rsidRPr="004679C5" w:rsidRDefault="004679C5" w:rsidP="004679C5">
          <w:pPr>
            <w:tabs>
              <w:tab w:val="center" w:pos="4536"/>
              <w:tab w:val="right" w:pos="9072"/>
            </w:tabs>
            <w:spacing w:after="0" w:line="240" w:lineRule="auto"/>
            <w:rPr>
              <w:rFonts w:ascii="Arial" w:eastAsia="Arial Unicode MS" w:hAnsi="Arial" w:cs="Arial"/>
              <w:b/>
              <w:color w:val="000000"/>
              <w:sz w:val="18"/>
              <w:lang w:val="tr-TR" w:eastAsia="x-none"/>
            </w:rPr>
          </w:pPr>
          <w:r w:rsidRPr="004679C5">
            <w:rPr>
              <w:rFonts w:ascii="Arial" w:eastAsia="Arial Unicode MS" w:hAnsi="Arial" w:cs="Arial"/>
              <w:b/>
              <w:color w:val="000000"/>
              <w:sz w:val="18"/>
              <w:lang w:val="x-none" w:eastAsia="x-none"/>
            </w:rPr>
            <w:fldChar w:fldCharType="begin"/>
          </w:r>
          <w:r w:rsidRPr="004679C5">
            <w:rPr>
              <w:rFonts w:ascii="Arial" w:eastAsia="Arial Unicode MS" w:hAnsi="Arial" w:cs="Arial"/>
              <w:b/>
              <w:color w:val="000000"/>
              <w:sz w:val="18"/>
              <w:lang w:val="x-none" w:eastAsia="x-none"/>
            </w:rPr>
            <w:instrText xml:space="preserve"> PAGE   \* MERGEFORMAT </w:instrText>
          </w:r>
          <w:r w:rsidRPr="004679C5">
            <w:rPr>
              <w:rFonts w:ascii="Arial" w:eastAsia="Arial Unicode MS" w:hAnsi="Arial" w:cs="Arial"/>
              <w:b/>
              <w:color w:val="000000"/>
              <w:sz w:val="18"/>
              <w:lang w:val="x-none" w:eastAsia="x-none"/>
            </w:rPr>
            <w:fldChar w:fldCharType="separate"/>
          </w:r>
          <w:r w:rsidR="00601E13">
            <w:rPr>
              <w:rFonts w:ascii="Arial" w:eastAsia="Arial Unicode MS" w:hAnsi="Arial" w:cs="Arial"/>
              <w:b/>
              <w:noProof/>
              <w:color w:val="000000"/>
              <w:sz w:val="18"/>
              <w:lang w:val="x-none" w:eastAsia="x-none"/>
            </w:rPr>
            <w:t>1</w:t>
          </w:r>
          <w:r w:rsidRPr="004679C5">
            <w:rPr>
              <w:rFonts w:ascii="Arial" w:eastAsia="Arial Unicode MS" w:hAnsi="Arial" w:cs="Arial"/>
              <w:b/>
              <w:color w:val="000000"/>
              <w:sz w:val="18"/>
              <w:lang w:val="x-none" w:eastAsia="x-none"/>
            </w:rPr>
            <w:fldChar w:fldCharType="end"/>
          </w:r>
          <w:r w:rsidRPr="004679C5">
            <w:rPr>
              <w:rFonts w:ascii="Arial" w:eastAsia="Arial Unicode MS" w:hAnsi="Arial" w:cs="Arial"/>
              <w:b/>
              <w:color w:val="000000"/>
              <w:sz w:val="18"/>
              <w:lang w:val="x-none" w:eastAsia="x-none"/>
            </w:rPr>
            <w:t>/</w:t>
          </w:r>
          <w:r w:rsidR="00A25812">
            <w:rPr>
              <w:rFonts w:ascii="Arial" w:eastAsia="Arial Unicode MS" w:hAnsi="Arial" w:cs="Arial"/>
              <w:b/>
              <w:noProof/>
              <w:color w:val="000000"/>
              <w:sz w:val="18"/>
              <w:lang w:val="tr-TR" w:eastAsia="x-none"/>
            </w:rPr>
            <w:t>7</w:t>
          </w:r>
        </w:p>
      </w:tc>
    </w:tr>
  </w:tbl>
  <w:p w:rsidR="004679C5" w:rsidRDefault="004679C5">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5D" w:rsidRDefault="00D7425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3D20472E"/>
    <w:multiLevelType w:val="hybridMultilevel"/>
    <w:tmpl w:val="F17E0A22"/>
    <w:lvl w:ilvl="0" w:tplc="8F8EDC52">
      <w:start w:val="1"/>
      <w:numFmt w:val="upperRoman"/>
      <w:lvlText w:val="%1."/>
      <w:lvlJc w:val="left"/>
      <w:pPr>
        <w:ind w:left="2007" w:hanging="720"/>
      </w:pPr>
      <w:rPr>
        <w:rFonts w:hint="default"/>
        <w:sz w:val="20"/>
      </w:rPr>
    </w:lvl>
    <w:lvl w:ilvl="1" w:tplc="041F0019" w:tentative="1">
      <w:start w:val="1"/>
      <w:numFmt w:val="lowerLetter"/>
      <w:lvlText w:val="%2."/>
      <w:lvlJc w:val="left"/>
      <w:pPr>
        <w:ind w:left="2367" w:hanging="360"/>
      </w:pPr>
    </w:lvl>
    <w:lvl w:ilvl="2" w:tplc="041F001B" w:tentative="1">
      <w:start w:val="1"/>
      <w:numFmt w:val="lowerRoman"/>
      <w:lvlText w:val="%3."/>
      <w:lvlJc w:val="right"/>
      <w:pPr>
        <w:ind w:left="3087" w:hanging="180"/>
      </w:pPr>
    </w:lvl>
    <w:lvl w:ilvl="3" w:tplc="041F000F" w:tentative="1">
      <w:start w:val="1"/>
      <w:numFmt w:val="decimal"/>
      <w:lvlText w:val="%4."/>
      <w:lvlJc w:val="left"/>
      <w:pPr>
        <w:ind w:left="3807" w:hanging="360"/>
      </w:pPr>
    </w:lvl>
    <w:lvl w:ilvl="4" w:tplc="041F0019" w:tentative="1">
      <w:start w:val="1"/>
      <w:numFmt w:val="lowerLetter"/>
      <w:lvlText w:val="%5."/>
      <w:lvlJc w:val="left"/>
      <w:pPr>
        <w:ind w:left="4527" w:hanging="360"/>
      </w:pPr>
    </w:lvl>
    <w:lvl w:ilvl="5" w:tplc="041F001B" w:tentative="1">
      <w:start w:val="1"/>
      <w:numFmt w:val="lowerRoman"/>
      <w:lvlText w:val="%6."/>
      <w:lvlJc w:val="right"/>
      <w:pPr>
        <w:ind w:left="5247" w:hanging="180"/>
      </w:pPr>
    </w:lvl>
    <w:lvl w:ilvl="6" w:tplc="041F000F" w:tentative="1">
      <w:start w:val="1"/>
      <w:numFmt w:val="decimal"/>
      <w:lvlText w:val="%7."/>
      <w:lvlJc w:val="left"/>
      <w:pPr>
        <w:ind w:left="5967" w:hanging="360"/>
      </w:pPr>
    </w:lvl>
    <w:lvl w:ilvl="7" w:tplc="041F0019" w:tentative="1">
      <w:start w:val="1"/>
      <w:numFmt w:val="lowerLetter"/>
      <w:lvlText w:val="%8."/>
      <w:lvlJc w:val="left"/>
      <w:pPr>
        <w:ind w:left="6687" w:hanging="360"/>
      </w:pPr>
    </w:lvl>
    <w:lvl w:ilvl="8" w:tplc="041F001B" w:tentative="1">
      <w:start w:val="1"/>
      <w:numFmt w:val="lowerRoman"/>
      <w:lvlText w:val="%9."/>
      <w:lvlJc w:val="right"/>
      <w:pPr>
        <w:ind w:left="7407" w:hanging="180"/>
      </w:pPr>
    </w:lvl>
  </w:abstractNum>
  <w:abstractNum w:abstractNumId="10" w15:restartNumberingAfterBreak="0">
    <w:nsid w:val="4F2E6D30"/>
    <w:multiLevelType w:val="hybridMultilevel"/>
    <w:tmpl w:val="507E649A"/>
    <w:lvl w:ilvl="0" w:tplc="54B40C64">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E84BD9"/>
    <w:multiLevelType w:val="hybridMultilevel"/>
    <w:tmpl w:val="3EE68C22"/>
    <w:lvl w:ilvl="0" w:tplc="829AF5CE">
      <w:start w:val="1"/>
      <w:numFmt w:val="decimal"/>
      <w:lvlText w:val="%1."/>
      <w:lvlJc w:val="left"/>
      <w:pPr>
        <w:ind w:left="644" w:hanging="360"/>
      </w:pPr>
      <w:rPr>
        <w:rFonts w:hint="default"/>
        <w:color w:val="4F81BD" w:themeColor="accen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EC56419"/>
    <w:multiLevelType w:val="hybridMultilevel"/>
    <w:tmpl w:val="354AE8F0"/>
    <w:lvl w:ilvl="0" w:tplc="CFFA54F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307A"/>
    <w:rsid w:val="00006C36"/>
    <w:rsid w:val="000323F3"/>
    <w:rsid w:val="00034616"/>
    <w:rsid w:val="00040182"/>
    <w:rsid w:val="0006063C"/>
    <w:rsid w:val="000B2EEF"/>
    <w:rsid w:val="0015074B"/>
    <w:rsid w:val="001939E3"/>
    <w:rsid w:val="001E4707"/>
    <w:rsid w:val="001F4603"/>
    <w:rsid w:val="0029639D"/>
    <w:rsid w:val="002D42AE"/>
    <w:rsid w:val="002F1DF1"/>
    <w:rsid w:val="00326F90"/>
    <w:rsid w:val="0033532C"/>
    <w:rsid w:val="00337943"/>
    <w:rsid w:val="003C5550"/>
    <w:rsid w:val="003C6403"/>
    <w:rsid w:val="00405A5E"/>
    <w:rsid w:val="004679C5"/>
    <w:rsid w:val="004A2268"/>
    <w:rsid w:val="0053125C"/>
    <w:rsid w:val="005B19CF"/>
    <w:rsid w:val="005C56A5"/>
    <w:rsid w:val="00601E13"/>
    <w:rsid w:val="006312E8"/>
    <w:rsid w:val="00632820"/>
    <w:rsid w:val="00674E56"/>
    <w:rsid w:val="00687C7B"/>
    <w:rsid w:val="007074BE"/>
    <w:rsid w:val="00760CC5"/>
    <w:rsid w:val="007C334A"/>
    <w:rsid w:val="007E7572"/>
    <w:rsid w:val="008272CB"/>
    <w:rsid w:val="008A23C7"/>
    <w:rsid w:val="008C7817"/>
    <w:rsid w:val="008D4D0D"/>
    <w:rsid w:val="008E6025"/>
    <w:rsid w:val="00965182"/>
    <w:rsid w:val="009920D1"/>
    <w:rsid w:val="009B5CE0"/>
    <w:rsid w:val="00A25812"/>
    <w:rsid w:val="00A36A2A"/>
    <w:rsid w:val="00A61EB8"/>
    <w:rsid w:val="00AA1D8D"/>
    <w:rsid w:val="00AD75E8"/>
    <w:rsid w:val="00B04B24"/>
    <w:rsid w:val="00B064FC"/>
    <w:rsid w:val="00B126B9"/>
    <w:rsid w:val="00B47730"/>
    <w:rsid w:val="00B8602C"/>
    <w:rsid w:val="00BB3E08"/>
    <w:rsid w:val="00BB7074"/>
    <w:rsid w:val="00BC4739"/>
    <w:rsid w:val="00BC5F44"/>
    <w:rsid w:val="00C046A4"/>
    <w:rsid w:val="00C276E3"/>
    <w:rsid w:val="00C74721"/>
    <w:rsid w:val="00CB0664"/>
    <w:rsid w:val="00CC37C4"/>
    <w:rsid w:val="00CD2BCC"/>
    <w:rsid w:val="00D04A99"/>
    <w:rsid w:val="00D0641F"/>
    <w:rsid w:val="00D64C87"/>
    <w:rsid w:val="00D65841"/>
    <w:rsid w:val="00D7425D"/>
    <w:rsid w:val="00DC6553"/>
    <w:rsid w:val="00DF1ABD"/>
    <w:rsid w:val="00E16D0F"/>
    <w:rsid w:val="00E73FEC"/>
    <w:rsid w:val="00F864D1"/>
    <w:rsid w:val="00FA1449"/>
    <w:rsid w:val="00FA454F"/>
    <w:rsid w:val="00FA52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5F22F"/>
  <w14:defaultImageDpi w14:val="300"/>
  <w15:docId w15:val="{70426F94-0149-4159-ADB4-4266745E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onMetni">
    <w:name w:val="Balloon Text"/>
    <w:basedOn w:val="Normal"/>
    <w:link w:val="BalonMetniChar"/>
    <w:uiPriority w:val="99"/>
    <w:semiHidden/>
    <w:unhideWhenUsed/>
    <w:rsid w:val="00D64C8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64C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6EB6-B52F-4331-B918-9CBC53430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1627</Words>
  <Characters>9279</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 Haydar Dudaklı</cp:lastModifiedBy>
  <cp:revision>59</cp:revision>
  <cp:lastPrinted>2025-11-19T09:12:00Z</cp:lastPrinted>
  <dcterms:created xsi:type="dcterms:W3CDTF">2013-12-23T23:15:00Z</dcterms:created>
  <dcterms:modified xsi:type="dcterms:W3CDTF">2025-12-18T12:51:00Z</dcterms:modified>
  <cp:category/>
</cp:coreProperties>
</file>